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1C80" w14:textId="4B8BA816" w:rsidR="00AF77AB" w:rsidRPr="00AF77AB" w:rsidRDefault="00AF77AB" w:rsidP="00AF77AB">
      <w:pPr>
        <w:ind w:firstLine="720"/>
        <w:jc w:val="center"/>
        <w:rPr>
          <w:b/>
          <w:bCs/>
        </w:rPr>
      </w:pPr>
      <w:r w:rsidRPr="00AF77AB">
        <w:rPr>
          <w:b/>
          <w:bCs/>
        </w:rPr>
        <w:t>BÖLÜM BAŞKANLIĞINA</w:t>
      </w:r>
    </w:p>
    <w:p w14:paraId="22BC6628" w14:textId="5DD91316" w:rsidR="009E716B" w:rsidRDefault="00000000" w:rsidP="00AF77AB">
      <w:pPr>
        <w:ind w:firstLine="720"/>
      </w:pPr>
      <w:proofErr w:type="spellStart"/>
      <w:r>
        <w:t>Aşağıda</w:t>
      </w:r>
      <w:proofErr w:type="spellEnd"/>
      <w:r>
        <w:t xml:space="preserve"> </w:t>
      </w:r>
      <w:proofErr w:type="spellStart"/>
      <w:r>
        <w:t>nitelikleri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demirbaş</w:t>
      </w:r>
      <w:proofErr w:type="spellEnd"/>
      <w:r>
        <w:t>/</w:t>
      </w:r>
      <w:proofErr w:type="spellStart"/>
      <w:r>
        <w:t>demirbaşları</w:t>
      </w:r>
      <w:proofErr w:type="spellEnd"/>
      <w:r>
        <w:t xml:space="preserve">,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maddi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manevi</w:t>
      </w:r>
      <w:proofErr w:type="spellEnd"/>
      <w:r>
        <w:t xml:space="preserve"> </w:t>
      </w:r>
      <w:proofErr w:type="spellStart"/>
      <w:r>
        <w:t>karşılık</w:t>
      </w:r>
      <w:proofErr w:type="spellEnd"/>
      <w:r>
        <w:t xml:space="preserve"> </w:t>
      </w:r>
      <w:proofErr w:type="spellStart"/>
      <w:r>
        <w:t>beklemeksizin</w:t>
      </w:r>
      <w:proofErr w:type="spellEnd"/>
      <w:r>
        <w:t xml:space="preserve">, </w:t>
      </w:r>
      <w:proofErr w:type="spellStart"/>
      <w:proofErr w:type="gramStart"/>
      <w:r w:rsidR="00DD2898">
        <w:t>fakültemiz</w:t>
      </w:r>
      <w:proofErr w:type="spellEnd"/>
      <w:r w:rsidR="00DD2898">
        <w:t xml:space="preserve"> </w:t>
      </w:r>
      <w:r>
        <w:t xml:space="preserve"> </w:t>
      </w:r>
      <w:proofErr w:type="spellStart"/>
      <w:r>
        <w:t>hizmetlerinde</w:t>
      </w:r>
      <w:proofErr w:type="spellEnd"/>
      <w:proofErr w:type="gramEnd"/>
      <w:r>
        <w:t xml:space="preserve"> </w:t>
      </w:r>
      <w:proofErr w:type="spellStart"/>
      <w:r>
        <w:t>kullanılmak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bağışlamak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 xml:space="preserve">. </w:t>
      </w:r>
      <w:proofErr w:type="spellStart"/>
      <w:r>
        <w:t>Bağışa</w:t>
      </w:r>
      <w:proofErr w:type="spellEnd"/>
      <w:r>
        <w:t xml:space="preserve"> </w:t>
      </w:r>
      <w:proofErr w:type="spellStart"/>
      <w:r>
        <w:t>konu</w:t>
      </w:r>
      <w:proofErr w:type="spellEnd"/>
      <w:r>
        <w:t xml:space="preserve"> </w:t>
      </w:r>
      <w:proofErr w:type="spellStart"/>
      <w:r>
        <w:t>malzemelere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detaylar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taahhüt</w:t>
      </w:r>
      <w:proofErr w:type="spellEnd"/>
      <w:r>
        <w:t xml:space="preserve"> </w:t>
      </w:r>
      <w:proofErr w:type="spellStart"/>
      <w:r>
        <w:t>beyanım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sunulmuştur</w:t>
      </w:r>
      <w:proofErr w:type="spellEnd"/>
      <w:r>
        <w:t>.</w:t>
      </w:r>
    </w:p>
    <w:p w14:paraId="2FD6CEE1" w14:textId="12A3FF80" w:rsidR="009E716B" w:rsidRDefault="00000000">
      <w:r>
        <w:rPr>
          <w:b/>
        </w:rPr>
        <w:t>1. BAĞIŞÇI BİLGİLERİ</w:t>
      </w:r>
    </w:p>
    <w:p w14:paraId="5ECB6B52" w14:textId="7726B758" w:rsidR="009E716B" w:rsidRDefault="00000000"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 xml:space="preserve"> / </w:t>
      </w:r>
      <w:proofErr w:type="spellStart"/>
      <w:r>
        <w:t>Kurum</w:t>
      </w:r>
      <w:proofErr w:type="spellEnd"/>
      <w:r>
        <w:t xml:space="preserve"> </w:t>
      </w:r>
      <w:proofErr w:type="spellStart"/>
      <w:r>
        <w:t>Unvanı</w:t>
      </w:r>
      <w:proofErr w:type="spellEnd"/>
      <w:r>
        <w:t>:</w:t>
      </w:r>
      <w:r w:rsidR="000262A8">
        <w:t xml:space="preserve"> </w:t>
      </w:r>
      <w:permStart w:id="1156807910" w:edGrp="everyone"/>
      <w:r w:rsidR="000262A8">
        <w:t xml:space="preserve">   </w:t>
      </w:r>
      <w:permEnd w:id="1156807910"/>
      <w:r>
        <w:t xml:space="preserve"> </w:t>
      </w:r>
      <w:r>
        <w:br/>
      </w:r>
      <w:proofErr w:type="spellStart"/>
      <w:r>
        <w:t>Telefon</w:t>
      </w:r>
      <w:proofErr w:type="spellEnd"/>
      <w:r>
        <w:t xml:space="preserve"> </w:t>
      </w:r>
      <w:proofErr w:type="spellStart"/>
      <w:r>
        <w:t>Numarası</w:t>
      </w:r>
      <w:proofErr w:type="spellEnd"/>
      <w:r>
        <w:t xml:space="preserve">: </w:t>
      </w:r>
      <w:r w:rsidR="000262A8">
        <w:t xml:space="preserve"> </w:t>
      </w:r>
      <w:permStart w:id="60170852" w:edGrp="everyone"/>
      <w:r w:rsidR="000262A8">
        <w:t xml:space="preserve">   </w:t>
      </w:r>
      <w:permEnd w:id="60170852"/>
      <w:r w:rsidR="000262A8">
        <w:t xml:space="preserve"> </w:t>
      </w:r>
      <w:r>
        <w:br/>
        <w:t>E-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: </w:t>
      </w:r>
      <w:r w:rsidR="000262A8">
        <w:t xml:space="preserve"> </w:t>
      </w:r>
      <w:permStart w:id="463238045" w:edGrp="everyone"/>
      <w:r w:rsidR="000262A8">
        <w:t xml:space="preserve">   </w:t>
      </w:r>
      <w:permEnd w:id="463238045"/>
      <w:r w:rsidR="000262A8">
        <w:t xml:space="preserve"> </w:t>
      </w:r>
    </w:p>
    <w:p w14:paraId="3CE123F9" w14:textId="77777777" w:rsidR="009E716B" w:rsidRDefault="00000000">
      <w:r>
        <w:rPr>
          <w:b/>
        </w:rPr>
        <w:t>2. BAĞIŞLANAN DEMİRBAŞIN BİLGİLERİ VE TEKNİK ÖZELLİKLERİ</w:t>
      </w:r>
    </w:p>
    <w:p w14:paraId="3F833387" w14:textId="653D9811" w:rsidR="00AF77AB" w:rsidRDefault="00000000">
      <w:pPr>
        <w:rPr>
          <w:b/>
        </w:rPr>
      </w:pPr>
      <w:proofErr w:type="spellStart"/>
      <w:r>
        <w:t>Malzemenin</w:t>
      </w:r>
      <w:proofErr w:type="spellEnd"/>
      <w:r>
        <w:t xml:space="preserve"> </w:t>
      </w:r>
      <w:proofErr w:type="spellStart"/>
      <w:r>
        <w:t>Cinsi</w:t>
      </w:r>
      <w:proofErr w:type="spellEnd"/>
      <w:r>
        <w:t xml:space="preserve"> / </w:t>
      </w:r>
      <w:proofErr w:type="spellStart"/>
      <w:r>
        <w:t>Adı</w:t>
      </w:r>
      <w:proofErr w:type="spellEnd"/>
      <w:r>
        <w:t xml:space="preserve">: </w:t>
      </w:r>
      <w:r w:rsidR="000262A8">
        <w:t xml:space="preserve"> </w:t>
      </w:r>
      <w:permStart w:id="13640532" w:edGrp="everyone"/>
      <w:r w:rsidR="000262A8">
        <w:t xml:space="preserve">   </w:t>
      </w:r>
      <w:permEnd w:id="13640532"/>
      <w:r w:rsidR="000262A8">
        <w:t xml:space="preserve"> </w:t>
      </w:r>
      <w:r>
        <w:br/>
      </w:r>
      <w:proofErr w:type="spellStart"/>
      <w:r>
        <w:t>Markası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Modeli</w:t>
      </w:r>
      <w:proofErr w:type="spellEnd"/>
      <w:r>
        <w:t xml:space="preserve">: </w:t>
      </w:r>
      <w:r w:rsidR="000262A8">
        <w:t xml:space="preserve"> </w:t>
      </w:r>
      <w:permStart w:id="1860243996" w:edGrp="everyone"/>
      <w:r w:rsidR="000262A8">
        <w:t xml:space="preserve">   </w:t>
      </w:r>
      <w:permEnd w:id="1860243996"/>
      <w:r w:rsidR="000262A8">
        <w:t xml:space="preserve"> </w:t>
      </w:r>
      <w:r>
        <w:br/>
      </w:r>
      <w:proofErr w:type="spellStart"/>
      <w:r>
        <w:t>Üretim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/ Seri </w:t>
      </w:r>
      <w:proofErr w:type="spellStart"/>
      <w:r>
        <w:t>Numarası</w:t>
      </w:r>
      <w:proofErr w:type="spellEnd"/>
      <w:r>
        <w:t xml:space="preserve">: </w:t>
      </w:r>
      <w:r w:rsidR="000262A8">
        <w:t xml:space="preserve"> </w:t>
      </w:r>
      <w:permStart w:id="1255294918" w:edGrp="everyone"/>
      <w:r w:rsidR="000262A8">
        <w:t xml:space="preserve">   </w:t>
      </w:r>
      <w:permEnd w:id="1255294918"/>
      <w:r w:rsidR="000262A8">
        <w:t xml:space="preserve"> </w:t>
      </w:r>
      <w:r>
        <w:br/>
      </w:r>
      <w:proofErr w:type="spellStart"/>
      <w:r>
        <w:t>Miktarı</w:t>
      </w:r>
      <w:proofErr w:type="spellEnd"/>
      <w:r>
        <w:t xml:space="preserve"> (</w:t>
      </w:r>
      <w:proofErr w:type="spellStart"/>
      <w:r>
        <w:t>Adet</w:t>
      </w:r>
      <w:proofErr w:type="spellEnd"/>
      <w:r>
        <w:t>/</w:t>
      </w:r>
      <w:proofErr w:type="spellStart"/>
      <w:r>
        <w:t>Takım</w:t>
      </w:r>
      <w:proofErr w:type="spellEnd"/>
      <w:r>
        <w:t xml:space="preserve"> vb.): </w:t>
      </w:r>
      <w:r w:rsidR="000262A8">
        <w:t xml:space="preserve"> </w:t>
      </w:r>
      <w:permStart w:id="89136583" w:edGrp="everyone"/>
      <w:r w:rsidR="000262A8">
        <w:t xml:space="preserve">   </w:t>
      </w:r>
      <w:permEnd w:id="89136583"/>
      <w:r w:rsidR="000262A8">
        <w:t xml:space="preserve"> </w:t>
      </w:r>
      <w:r>
        <w:br/>
      </w:r>
      <w:proofErr w:type="spellStart"/>
      <w:r>
        <w:t>Tahmini</w:t>
      </w:r>
      <w:proofErr w:type="spellEnd"/>
      <w:r>
        <w:t xml:space="preserve"> </w:t>
      </w:r>
      <w:proofErr w:type="spellStart"/>
      <w:r>
        <w:t>Rayiç</w:t>
      </w:r>
      <w:proofErr w:type="spellEnd"/>
      <w:r>
        <w:t xml:space="preserve"> Bedeli (TL): </w:t>
      </w:r>
      <w:r w:rsidR="000262A8">
        <w:t xml:space="preserve"> </w:t>
      </w:r>
      <w:permStart w:id="806231165" w:edGrp="everyone"/>
      <w:r w:rsidR="000262A8">
        <w:t xml:space="preserve">   </w:t>
      </w:r>
      <w:permEnd w:id="806231165"/>
      <w:r w:rsidR="000262A8">
        <w:t xml:space="preserve"> </w:t>
      </w:r>
      <w:r>
        <w:br/>
        <w:t xml:space="preserve">Teknik </w:t>
      </w:r>
      <w:proofErr w:type="spellStart"/>
      <w:r>
        <w:t>Özellikleri</w:t>
      </w:r>
      <w:proofErr w:type="spellEnd"/>
      <w:r>
        <w:t xml:space="preserve">: </w:t>
      </w:r>
      <w:r w:rsidR="000262A8">
        <w:t xml:space="preserve"> </w:t>
      </w:r>
      <w:permStart w:id="1976767471" w:edGrp="everyone"/>
      <w:r w:rsidR="000262A8">
        <w:t xml:space="preserve">   </w:t>
      </w:r>
      <w:permEnd w:id="1976767471"/>
      <w:r w:rsidR="000262A8">
        <w:t xml:space="preserve"> </w:t>
      </w:r>
      <w:r>
        <w:br/>
      </w:r>
    </w:p>
    <w:p w14:paraId="1E4C9A58" w14:textId="795F4662" w:rsidR="009E716B" w:rsidRDefault="00AF77AB">
      <w:r>
        <w:rPr>
          <w:b/>
        </w:rPr>
        <w:t>3. BAĞIŞ TAAHHÜDÜ VE BEYAN</w:t>
      </w:r>
    </w:p>
    <w:p w14:paraId="4748E6F8" w14:textId="6FED401D" w:rsidR="00B44F54" w:rsidRDefault="00000000" w:rsidP="00B44F54">
      <w:pPr>
        <w:ind w:firstLine="720"/>
      </w:pPr>
      <w:proofErr w:type="spellStart"/>
      <w:r>
        <w:t>Yukarıda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demirbaş</w:t>
      </w:r>
      <w:proofErr w:type="spellEnd"/>
      <w:r>
        <w:t xml:space="preserve"> </w:t>
      </w:r>
      <w:proofErr w:type="spellStart"/>
      <w:r>
        <w:t>malzemenin</w:t>
      </w:r>
      <w:proofErr w:type="spellEnd"/>
      <w:r>
        <w:t>/</w:t>
      </w:r>
      <w:proofErr w:type="spellStart"/>
      <w:r>
        <w:t>malzemelerin</w:t>
      </w:r>
      <w:proofErr w:type="spellEnd"/>
      <w:r>
        <w:t xml:space="preserve"> </w:t>
      </w:r>
      <w:proofErr w:type="spellStart"/>
      <w:r>
        <w:t>mülkiyetinin</w:t>
      </w:r>
      <w:proofErr w:type="spellEnd"/>
      <w:r>
        <w:t xml:space="preserve"> tam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 w:rsidR="00B44F54">
        <w:t>olduğumu</w:t>
      </w:r>
      <w:proofErr w:type="spellEnd"/>
      <w:r w:rsidR="00B44F54">
        <w:t xml:space="preserve">; </w:t>
      </w:r>
      <w:proofErr w:type="spellStart"/>
      <w:r w:rsidR="00B44F54">
        <w:t>üçüncü</w:t>
      </w:r>
      <w:proofErr w:type="spellEnd"/>
      <w:r>
        <w:t xml:space="preserve"> </w:t>
      </w:r>
      <w:proofErr w:type="spellStart"/>
      <w:r>
        <w:t>şahısların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iddiası</w:t>
      </w:r>
      <w:proofErr w:type="spellEnd"/>
      <w:r>
        <w:t xml:space="preserve"> </w:t>
      </w:r>
      <w:proofErr w:type="spellStart"/>
      <w:r>
        <w:t>bulunmadığını</w:t>
      </w:r>
      <w:proofErr w:type="spellEnd"/>
      <w:r>
        <w:t xml:space="preserve"> </w:t>
      </w:r>
      <w:proofErr w:type="spellStart"/>
      <w:r>
        <w:t>beyan</w:t>
      </w:r>
      <w:proofErr w:type="spellEnd"/>
      <w:r>
        <w:t xml:space="preserve"> </w:t>
      </w:r>
      <w:proofErr w:type="spellStart"/>
      <w:r>
        <w:t>ederim</w:t>
      </w:r>
      <w:proofErr w:type="spellEnd"/>
      <w:r>
        <w:t xml:space="preserve">. </w:t>
      </w:r>
    </w:p>
    <w:p w14:paraId="7BC9ED6B" w14:textId="5D5B1235" w:rsidR="009E716B" w:rsidRDefault="00000000" w:rsidP="00B44F54">
      <w:pPr>
        <w:jc w:val="both"/>
      </w:pPr>
      <w:r>
        <w:t xml:space="preserve">Bu </w:t>
      </w:r>
      <w:proofErr w:type="spellStart"/>
      <w:r>
        <w:t>malzemenin</w:t>
      </w:r>
      <w:proofErr w:type="spellEnd"/>
      <w:r>
        <w:t>/</w:t>
      </w:r>
      <w:proofErr w:type="spellStart"/>
      <w:r>
        <w:t>malzemelerin</w:t>
      </w:r>
      <w:proofErr w:type="spellEnd"/>
      <w:r>
        <w:t xml:space="preserve">, </w:t>
      </w:r>
      <w:proofErr w:type="spellStart"/>
      <w:r>
        <w:t>yukarıda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birimde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üniversitenin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göreceği</w:t>
      </w:r>
      <w:proofErr w:type="spellEnd"/>
      <w:r>
        <w:t xml:space="preserve"> </w:t>
      </w:r>
      <w:proofErr w:type="spellStart"/>
      <w:r>
        <w:t>hizmetlerde</w:t>
      </w:r>
      <w:proofErr w:type="spellEnd"/>
      <w:r>
        <w:t xml:space="preserve"> </w:t>
      </w:r>
      <w:proofErr w:type="spellStart"/>
      <w:r>
        <w:t>kullanılmak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,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şart</w:t>
      </w:r>
      <w:proofErr w:type="spellEnd"/>
      <w:r>
        <w:t xml:space="preserve"> </w:t>
      </w:r>
      <w:proofErr w:type="spellStart"/>
      <w:r>
        <w:t>öne</w:t>
      </w:r>
      <w:proofErr w:type="spellEnd"/>
      <w:r>
        <w:t xml:space="preserve"> </w:t>
      </w:r>
      <w:proofErr w:type="spellStart"/>
      <w:r>
        <w:t>sürmeksizin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geri</w:t>
      </w:r>
      <w:proofErr w:type="spellEnd"/>
      <w:r>
        <w:t xml:space="preserve"> </w:t>
      </w:r>
      <w:proofErr w:type="spellStart"/>
      <w:r>
        <w:t>alınmamak</w:t>
      </w:r>
      <w:proofErr w:type="spellEnd"/>
      <w:r>
        <w:t xml:space="preserve"> </w:t>
      </w:r>
      <w:proofErr w:type="spellStart"/>
      <w:r>
        <w:t>kaydıyla</w:t>
      </w:r>
      <w:proofErr w:type="spellEnd"/>
      <w:r>
        <w:t xml:space="preserve"> (</w:t>
      </w:r>
      <w:proofErr w:type="spellStart"/>
      <w:r>
        <w:t>gayrikabili</w:t>
      </w:r>
      <w:proofErr w:type="spellEnd"/>
      <w:r>
        <w:t xml:space="preserve"> </w:t>
      </w:r>
      <w:proofErr w:type="spellStart"/>
      <w:r>
        <w:t>rücu</w:t>
      </w:r>
      <w:proofErr w:type="spellEnd"/>
      <w:r>
        <w:t xml:space="preserve">) </w:t>
      </w:r>
      <w:proofErr w:type="spellStart"/>
      <w:r>
        <w:t>mülkiyetini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haklarını</w:t>
      </w:r>
      <w:proofErr w:type="spellEnd"/>
      <w:r>
        <w:t xml:space="preserve"> </w:t>
      </w:r>
      <w:proofErr w:type="spellStart"/>
      <w:r>
        <w:t>Üniversitenize</w:t>
      </w:r>
      <w:proofErr w:type="spellEnd"/>
      <w:r>
        <w:t xml:space="preserve"> </w:t>
      </w:r>
      <w:proofErr w:type="spellStart"/>
      <w:r>
        <w:t>bedelsiz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bağışladığımı</w:t>
      </w:r>
      <w:proofErr w:type="spellEnd"/>
      <w:r>
        <w:t xml:space="preserve">; </w:t>
      </w:r>
      <w:proofErr w:type="spellStart"/>
      <w:r>
        <w:t>demirbaşın</w:t>
      </w:r>
      <w:proofErr w:type="spellEnd"/>
      <w:r>
        <w:t xml:space="preserve"> </w:t>
      </w:r>
      <w:proofErr w:type="spellStart"/>
      <w:r w:rsidR="00DD2898">
        <w:t>Fakültemiz</w:t>
      </w:r>
      <w:proofErr w:type="spellEnd"/>
      <w:r>
        <w:t xml:space="preserve"> </w:t>
      </w:r>
      <w:proofErr w:type="spellStart"/>
      <w:r>
        <w:t>Taşınır</w:t>
      </w:r>
      <w:proofErr w:type="spellEnd"/>
      <w:r>
        <w:t xml:space="preserve"> Kayıt </w:t>
      </w:r>
      <w:proofErr w:type="spellStart"/>
      <w:r>
        <w:t>ve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sistemine</w:t>
      </w:r>
      <w:proofErr w:type="spellEnd"/>
      <w:r>
        <w:t xml:space="preserve"> (</w:t>
      </w:r>
      <w:proofErr w:type="spellStart"/>
      <w:r>
        <w:t>envanterine</w:t>
      </w:r>
      <w:proofErr w:type="spellEnd"/>
      <w:r>
        <w:t xml:space="preserve">) </w:t>
      </w:r>
      <w:proofErr w:type="spellStart"/>
      <w:r>
        <w:t>kaydedilmesini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taahhüt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0CA61EB5" w14:textId="76955A6C" w:rsidR="009E716B" w:rsidRDefault="00000000">
      <w:r>
        <w:br/>
        <w:t xml:space="preserve">Tarih: </w:t>
      </w:r>
      <w:sdt>
        <w:sdtPr>
          <w:id w:val="-411545768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709051714" w:edGrp="everyone"/>
          <w:r>
            <w:t>... / ... / 20...</w:t>
          </w:r>
          <w:permEnd w:id="709051714"/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E716B" w14:paraId="3BDE8A03" w14:textId="77777777">
        <w:tc>
          <w:tcPr>
            <w:tcW w:w="4320" w:type="dxa"/>
          </w:tcPr>
          <w:p w14:paraId="543F7774" w14:textId="1BE2CB95" w:rsidR="009E716B" w:rsidRDefault="00000000">
            <w:r>
              <w:t>BAĞIŞ YAPAN</w:t>
            </w:r>
            <w:r>
              <w:br/>
            </w:r>
            <w:proofErr w:type="spellStart"/>
            <w:r>
              <w:t>Adı</w:t>
            </w:r>
            <w:proofErr w:type="spellEnd"/>
            <w:r>
              <w:t xml:space="preserve"> </w:t>
            </w:r>
            <w:proofErr w:type="spellStart"/>
            <w:r>
              <w:t>Soyadı</w:t>
            </w:r>
            <w:proofErr w:type="spellEnd"/>
            <w:r>
              <w:t xml:space="preserve"> / </w:t>
            </w:r>
            <w:proofErr w:type="spellStart"/>
            <w:r>
              <w:t>Unvanı</w:t>
            </w:r>
            <w:proofErr w:type="spellEnd"/>
            <w:r>
              <w:t>:</w:t>
            </w:r>
            <w:r w:rsidR="000262A8">
              <w:t xml:space="preserve"> </w:t>
            </w:r>
            <w:permStart w:id="1469909604" w:edGrp="everyone"/>
            <w:r w:rsidR="000262A8">
              <w:t xml:space="preserve">   </w:t>
            </w:r>
            <w:permEnd w:id="1469909604"/>
            <w:r w:rsidR="000262A8">
              <w:t xml:space="preserve"> </w:t>
            </w:r>
            <w:r>
              <w:br/>
            </w:r>
            <w:proofErr w:type="spellStart"/>
            <w:r>
              <w:t>İmza</w:t>
            </w:r>
            <w:proofErr w:type="spellEnd"/>
            <w:r>
              <w:t>:</w:t>
            </w:r>
            <w:r w:rsidR="000262A8">
              <w:t xml:space="preserve"> </w:t>
            </w:r>
            <w:permStart w:id="1930255155" w:edGrp="everyone"/>
            <w:r w:rsidR="000262A8">
              <w:t xml:space="preserve">   </w:t>
            </w:r>
            <w:permEnd w:id="1930255155"/>
            <w:r w:rsidR="000262A8">
              <w:t xml:space="preserve"> </w:t>
            </w:r>
          </w:p>
        </w:tc>
        <w:tc>
          <w:tcPr>
            <w:tcW w:w="4320" w:type="dxa"/>
          </w:tcPr>
          <w:p w14:paraId="21D678A1" w14:textId="4EC85957" w:rsidR="009E716B" w:rsidRDefault="009E716B"/>
        </w:tc>
      </w:tr>
    </w:tbl>
    <w:p w14:paraId="6361608A" w14:textId="77777777" w:rsidR="00E05592" w:rsidRDefault="00E05592"/>
    <w:sectPr w:rsidR="00E05592" w:rsidSect="000262A8">
      <w:headerReference w:type="default" r:id="rId8"/>
      <w:pgSz w:w="12240" w:h="15840"/>
      <w:pgMar w:top="1440" w:right="1800" w:bottom="1440" w:left="1800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89E7D" w14:textId="77777777" w:rsidR="003B4789" w:rsidRDefault="003B4789" w:rsidP="000262A8">
      <w:pPr>
        <w:spacing w:after="0" w:line="240" w:lineRule="auto"/>
      </w:pPr>
      <w:r>
        <w:separator/>
      </w:r>
    </w:p>
  </w:endnote>
  <w:endnote w:type="continuationSeparator" w:id="0">
    <w:p w14:paraId="0170630C" w14:textId="77777777" w:rsidR="003B4789" w:rsidRDefault="003B4789" w:rsidP="0002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53DE" w14:textId="77777777" w:rsidR="003B4789" w:rsidRDefault="003B4789" w:rsidP="000262A8">
      <w:pPr>
        <w:spacing w:after="0" w:line="240" w:lineRule="auto"/>
      </w:pPr>
      <w:r>
        <w:separator/>
      </w:r>
    </w:p>
  </w:footnote>
  <w:footnote w:type="continuationSeparator" w:id="0">
    <w:p w14:paraId="20F03014" w14:textId="77777777" w:rsidR="003B4789" w:rsidRDefault="003B4789" w:rsidP="00026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0407" w14:textId="4CAB8BAD" w:rsidR="000262A8" w:rsidRDefault="000262A8" w:rsidP="000262A8">
    <w:pPr>
      <w:pStyle w:val="stBilgi"/>
      <w:ind w:left="-284"/>
    </w:pPr>
    <w:r>
      <w:rPr>
        <w:noProof/>
      </w:rPr>
      <w:drawing>
        <wp:inline distT="0" distB="0" distL="0" distR="0" wp14:anchorId="6C1A4E27" wp14:editId="6B08ADCE">
          <wp:extent cx="6022848" cy="686406"/>
          <wp:effectExtent l="0" t="0" r="0" b="0"/>
          <wp:docPr id="19" name="Resim 19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387" cy="691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BC819" w14:textId="77777777" w:rsidR="000262A8" w:rsidRDefault="000262A8">
    <w:pPr>
      <w:pStyle w:val="stBilgi"/>
    </w:pPr>
  </w:p>
  <w:tbl>
    <w:tblPr>
      <w:tblW w:w="10349" w:type="dxa"/>
      <w:tblInd w:w="-85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46"/>
      <w:gridCol w:w="5529"/>
      <w:gridCol w:w="1984"/>
      <w:gridCol w:w="1134"/>
      <w:gridCol w:w="556"/>
    </w:tblGrid>
    <w:tr w:rsidR="000262A8" w14:paraId="0F0AD1F2" w14:textId="77777777" w:rsidTr="000262A8">
      <w:trPr>
        <w:trHeight w:val="220"/>
      </w:trPr>
      <w:tc>
        <w:tcPr>
          <w:tcW w:w="1146" w:type="dxa"/>
          <w:vMerge w:val="restart"/>
          <w:vAlign w:val="center"/>
        </w:tcPr>
        <w:p w14:paraId="69CBE5F3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2983627" w14:textId="19E2DA3E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</w:rPr>
            <w:t>FORMLAR</w:t>
          </w:r>
        </w:p>
        <w:p w14:paraId="6462583F" w14:textId="61B3FFEF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E75B5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DEMİRBAŞ BAĞIŞ</w:t>
          </w: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 xml:space="preserve"> FORMU</w:t>
          </w:r>
        </w:p>
      </w:tc>
      <w:tc>
        <w:tcPr>
          <w:tcW w:w="1984" w:type="dxa"/>
        </w:tcPr>
        <w:p w14:paraId="2BE0602D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Kodu</w:t>
          </w:r>
        </w:p>
      </w:tc>
      <w:tc>
        <w:tcPr>
          <w:tcW w:w="1690" w:type="dxa"/>
          <w:gridSpan w:val="2"/>
        </w:tcPr>
        <w:p w14:paraId="59D6586A" w14:textId="55C60F6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MF-FR-7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7</w:t>
          </w:r>
        </w:p>
      </w:tc>
    </w:tr>
    <w:tr w:rsidR="000262A8" w14:paraId="0A006351" w14:textId="77777777" w:rsidTr="000262A8">
      <w:trPr>
        <w:trHeight w:val="200"/>
      </w:trPr>
      <w:tc>
        <w:tcPr>
          <w:tcW w:w="1146" w:type="dxa"/>
          <w:vMerge/>
          <w:vAlign w:val="center"/>
        </w:tcPr>
        <w:p w14:paraId="2D24F8EC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6E3E90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663096E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İlk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Yayın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Tarihi</w:t>
          </w:r>
          <w:proofErr w:type="spellEnd"/>
        </w:p>
      </w:tc>
      <w:tc>
        <w:tcPr>
          <w:tcW w:w="1690" w:type="dxa"/>
          <w:gridSpan w:val="2"/>
        </w:tcPr>
        <w:p w14:paraId="006DA931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0262A8" w14:paraId="74BFCF7F" w14:textId="77777777" w:rsidTr="000262A8">
      <w:trPr>
        <w:trHeight w:val="240"/>
      </w:trPr>
      <w:tc>
        <w:tcPr>
          <w:tcW w:w="1146" w:type="dxa"/>
          <w:vMerge/>
          <w:vAlign w:val="center"/>
        </w:tcPr>
        <w:p w14:paraId="4BEEDBD7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5749C0A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592EE06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Tarihi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70C20D1B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6" w:type="dxa"/>
        </w:tcPr>
        <w:p w14:paraId="5F7DB619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0262A8" w14:paraId="357A6140" w14:textId="77777777" w:rsidTr="000262A8">
      <w:trPr>
        <w:trHeight w:val="200"/>
      </w:trPr>
      <w:tc>
        <w:tcPr>
          <w:tcW w:w="1146" w:type="dxa"/>
          <w:vMerge/>
          <w:vAlign w:val="center"/>
        </w:tcPr>
        <w:p w14:paraId="7D8822FC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AB31475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324B088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Sayfa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690" w:type="dxa"/>
          <w:gridSpan w:val="2"/>
        </w:tcPr>
        <w:p w14:paraId="61953E0D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06EDA483" w14:textId="77777777" w:rsidR="000262A8" w:rsidRDefault="000262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6188160">
    <w:abstractNumId w:val="8"/>
  </w:num>
  <w:num w:numId="2" w16cid:durableId="797992290">
    <w:abstractNumId w:val="6"/>
  </w:num>
  <w:num w:numId="3" w16cid:durableId="1180849483">
    <w:abstractNumId w:val="5"/>
  </w:num>
  <w:num w:numId="4" w16cid:durableId="1394549731">
    <w:abstractNumId w:val="4"/>
  </w:num>
  <w:num w:numId="5" w16cid:durableId="277487512">
    <w:abstractNumId w:val="7"/>
  </w:num>
  <w:num w:numId="6" w16cid:durableId="1812019829">
    <w:abstractNumId w:val="3"/>
  </w:num>
  <w:num w:numId="7" w16cid:durableId="1595287368">
    <w:abstractNumId w:val="2"/>
  </w:num>
  <w:num w:numId="8" w16cid:durableId="1903713430">
    <w:abstractNumId w:val="1"/>
  </w:num>
  <w:num w:numId="9" w16cid:durableId="86437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ocumentProtection w:edit="readOnly" w:enforcement="1" w:cryptProviderType="rsaAES" w:cryptAlgorithmClass="hash" w:cryptAlgorithmType="typeAny" w:cryptAlgorithmSid="14" w:cryptSpinCount="100000" w:hash="xAP5Id7sF49OoNH53kIDG0OUrRfeXPcYrhdZpnULZnIGNlZ8GBfy+9ycfhUMk5L8xNWkkI7lNxuoMHHhhOfBCg==" w:salt="vZjyEg+lJ8acohpLRsb36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B0"/>
    <w:rsid w:val="000262A8"/>
    <w:rsid w:val="00034616"/>
    <w:rsid w:val="0006063C"/>
    <w:rsid w:val="00112290"/>
    <w:rsid w:val="0015074B"/>
    <w:rsid w:val="0029639D"/>
    <w:rsid w:val="00326F90"/>
    <w:rsid w:val="003B4789"/>
    <w:rsid w:val="0059389B"/>
    <w:rsid w:val="007B4990"/>
    <w:rsid w:val="009E716B"/>
    <w:rsid w:val="00AA1D8D"/>
    <w:rsid w:val="00AF77AB"/>
    <w:rsid w:val="00B44F54"/>
    <w:rsid w:val="00B47730"/>
    <w:rsid w:val="00CB0664"/>
    <w:rsid w:val="00DD2898"/>
    <w:rsid w:val="00E05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4744FB"/>
  <w14:defaultImageDpi w14:val="300"/>
  <w15:docId w15:val="{0CF01AC2-A780-488F-8ACA-6C6D2BF5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YerTutucuMetni">
    <w:name w:val="Placeholder Text"/>
    <w:basedOn w:val="VarsaylanParagrafYazTipi"/>
    <w:uiPriority w:val="99"/>
    <w:semiHidden/>
    <w:rsid w:val="000262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468379-FBC0-47BE-B467-C1B9D681339F}"/>
      </w:docPartPr>
      <w:docPartBody>
        <w:p w:rsidR="00000000" w:rsidRDefault="00A44C99">
          <w:r w:rsidRPr="00B8757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99"/>
    <w:rsid w:val="00011298"/>
    <w:rsid w:val="0059389B"/>
    <w:rsid w:val="00A4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44C9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1101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yucel yildirim</cp:lastModifiedBy>
  <cp:revision>5</cp:revision>
  <dcterms:created xsi:type="dcterms:W3CDTF">2026-10-19T06:44:00Z</dcterms:created>
  <dcterms:modified xsi:type="dcterms:W3CDTF">2026-10-19T10:12:00Z</dcterms:modified>
  <cp:category/>
</cp:coreProperties>
</file>