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81C80" w14:textId="4B8BA816" w:rsidR="00AF77AB" w:rsidRPr="00AF77AB" w:rsidRDefault="00AF77AB" w:rsidP="00AF77AB">
      <w:pPr>
        <w:ind w:firstLine="720"/>
        <w:jc w:val="center"/>
        <w:rPr>
          <w:b/>
          <w:bCs/>
        </w:rPr>
      </w:pPr>
      <w:r w:rsidRPr="00AF77AB">
        <w:rPr>
          <w:b/>
          <w:bCs/>
        </w:rPr>
        <w:t>BÖLÜM BAŞKANLIĞINA</w:t>
      </w:r>
    </w:p>
    <w:p w14:paraId="22BC6628" w14:textId="5DD91316" w:rsidR="009E716B" w:rsidRDefault="00000000" w:rsidP="00AF77AB">
      <w:pPr>
        <w:ind w:firstLine="720"/>
      </w:pPr>
      <w:r>
        <w:t xml:space="preserve">Aşağıda nitelikleri ve teknik özellikleri belirtilen demirbaş/demirbaşları, hiçbir maddi veya manevi karşılık beklemeksizin, </w:t>
      </w:r>
      <w:r w:rsidR="00DD2898">
        <w:t xml:space="preserve">fakültemiz </w:t>
      </w:r>
      <w:r>
        <w:t xml:space="preserve"> hizmetlerinde kullanılmak üzere bağışlamak istiyorum. Bağışa konu malzemelere ilişkin detaylar ve taahhüt beyanım aşağıda sunulmuştur.</w:t>
      </w:r>
    </w:p>
    <w:p w14:paraId="2FD6CEE1" w14:textId="12A3FF80" w:rsidR="009E716B" w:rsidRDefault="00000000">
      <w:r>
        <w:rPr>
          <w:b/>
        </w:rPr>
        <w:t>1. BAĞIŞÇI BİLGİLERİ</w:t>
      </w:r>
    </w:p>
    <w:p w14:paraId="5ECB6B52" w14:textId="7726B758" w:rsidR="009E716B" w:rsidRDefault="00000000">
      <w:r>
        <w:t>Adı Soyadı / Kurum Unvanı:</w:t>
      </w:r>
      <w:r w:rsidR="000262A8">
        <w:t xml:space="preserve"> </w:t>
      </w:r>
      <w:permStart w:id="1156807910" w:edGrp="everyone"/>
      <w:r w:rsidR="000262A8">
        <w:t xml:space="preserve">   </w:t>
      </w:r>
      <w:permEnd w:id="1156807910"/>
      <w:r>
        <w:t xml:space="preserve"> </w:t>
      </w:r>
      <w:r>
        <w:br/>
        <w:t xml:space="preserve">Telefon Numarası: </w:t>
      </w:r>
      <w:r w:rsidR="000262A8">
        <w:t xml:space="preserve"> </w:t>
      </w:r>
      <w:permStart w:id="60170852" w:edGrp="everyone"/>
      <w:r w:rsidR="000262A8">
        <w:t xml:space="preserve">   </w:t>
      </w:r>
      <w:permEnd w:id="60170852"/>
      <w:r w:rsidR="000262A8">
        <w:t xml:space="preserve"> </w:t>
      </w:r>
      <w:r>
        <w:br/>
        <w:t xml:space="preserve">E-posta Adresi: </w:t>
      </w:r>
      <w:r w:rsidR="000262A8">
        <w:t xml:space="preserve"> </w:t>
      </w:r>
      <w:permStart w:id="463238045" w:edGrp="everyone"/>
      <w:r w:rsidR="000262A8">
        <w:t xml:space="preserve">   </w:t>
      </w:r>
      <w:permEnd w:id="463238045"/>
      <w:r w:rsidR="000262A8">
        <w:t xml:space="preserve"> </w:t>
      </w:r>
    </w:p>
    <w:p w14:paraId="3CE123F9" w14:textId="77777777" w:rsidR="009E716B" w:rsidRDefault="00000000">
      <w:r>
        <w:rPr>
          <w:b/>
        </w:rPr>
        <w:t>2. BAĞIŞLANAN DEMİRBAŞIN BİLGİLERİ VE TEKNİK ÖZELLİKLERİ</w:t>
      </w:r>
    </w:p>
    <w:p w14:paraId="3F833387" w14:textId="653D9811" w:rsidR="00AF77AB" w:rsidRDefault="00000000">
      <w:pPr>
        <w:rPr>
          <w:b/>
        </w:rPr>
      </w:pPr>
      <w:r>
        <w:t xml:space="preserve">Malzemenin Cinsi / Adı: </w:t>
      </w:r>
      <w:r w:rsidR="000262A8">
        <w:t xml:space="preserve"> </w:t>
      </w:r>
      <w:permStart w:id="13640532" w:edGrp="everyone"/>
      <w:r w:rsidR="000262A8">
        <w:t xml:space="preserve">   </w:t>
      </w:r>
      <w:permEnd w:id="13640532"/>
      <w:r w:rsidR="000262A8">
        <w:t xml:space="preserve"> </w:t>
      </w:r>
      <w:r>
        <w:br/>
        <w:t xml:space="preserve">Markası ve Modeli: </w:t>
      </w:r>
      <w:r w:rsidR="000262A8">
        <w:t xml:space="preserve"> </w:t>
      </w:r>
      <w:permStart w:id="1860243996" w:edGrp="everyone"/>
      <w:r w:rsidR="000262A8">
        <w:t xml:space="preserve">   </w:t>
      </w:r>
      <w:permEnd w:id="1860243996"/>
      <w:r w:rsidR="000262A8">
        <w:t xml:space="preserve"> </w:t>
      </w:r>
      <w:r>
        <w:br/>
        <w:t xml:space="preserve">Üretim Yılı / Seri Numarası: </w:t>
      </w:r>
      <w:r w:rsidR="000262A8">
        <w:t xml:space="preserve"> </w:t>
      </w:r>
      <w:permStart w:id="1255294918" w:edGrp="everyone"/>
      <w:r w:rsidR="000262A8">
        <w:t xml:space="preserve">   </w:t>
      </w:r>
      <w:permEnd w:id="1255294918"/>
      <w:r w:rsidR="000262A8">
        <w:t xml:space="preserve"> </w:t>
      </w:r>
      <w:r>
        <w:br/>
        <w:t xml:space="preserve">Miktarı (Adet/Takım vb.): </w:t>
      </w:r>
      <w:r w:rsidR="000262A8">
        <w:t xml:space="preserve"> </w:t>
      </w:r>
      <w:permStart w:id="89136583" w:edGrp="everyone"/>
      <w:r w:rsidR="000262A8">
        <w:t xml:space="preserve">   </w:t>
      </w:r>
      <w:permEnd w:id="89136583"/>
      <w:r w:rsidR="000262A8">
        <w:t xml:space="preserve"> </w:t>
      </w:r>
      <w:r>
        <w:br/>
        <w:t xml:space="preserve">Tahmini Rayiç Bedeli (TL): </w:t>
      </w:r>
      <w:r w:rsidR="000262A8">
        <w:t xml:space="preserve"> </w:t>
      </w:r>
      <w:permStart w:id="806231165" w:edGrp="everyone"/>
      <w:r w:rsidR="000262A8">
        <w:t xml:space="preserve">   </w:t>
      </w:r>
      <w:permEnd w:id="806231165"/>
      <w:r w:rsidR="000262A8">
        <w:t xml:space="preserve"> </w:t>
      </w:r>
      <w:r>
        <w:br/>
        <w:t xml:space="preserve">Teknik Özellikleri: </w:t>
      </w:r>
      <w:r w:rsidR="000262A8">
        <w:t xml:space="preserve"> </w:t>
      </w:r>
      <w:permStart w:id="1976767471" w:edGrp="everyone"/>
      <w:r w:rsidR="000262A8">
        <w:t xml:space="preserve">   </w:t>
      </w:r>
      <w:permEnd w:id="1976767471"/>
      <w:r w:rsidR="000262A8">
        <w:t xml:space="preserve"> </w:t>
      </w:r>
      <w:r>
        <w:br/>
      </w:r>
    </w:p>
    <w:p w14:paraId="1E4C9A58" w14:textId="795F4662" w:rsidR="009E716B" w:rsidRDefault="00AF77AB">
      <w:r>
        <w:rPr>
          <w:b/>
        </w:rPr>
        <w:t>3. BAĞIŞ TAAHHÜDÜ VE BEYAN</w:t>
      </w:r>
    </w:p>
    <w:p w14:paraId="4748E6F8" w14:textId="6FED401D" w:rsidR="00B44F54" w:rsidRDefault="00000000" w:rsidP="00B44F54">
      <w:pPr>
        <w:ind w:firstLine="720"/>
      </w:pPr>
      <w:r>
        <w:t xml:space="preserve">Yukarıda özellikleri belirtilen demirbaş malzemenin/malzemelerin mülkiyetinin tam ve tek hak sahibi </w:t>
      </w:r>
      <w:r w:rsidR="00B44F54">
        <w:t>olduğumu; üçüncü</w:t>
      </w:r>
      <w:r>
        <w:t xml:space="preserve"> şahısların hak iddiası bulunmadığını beyan ederim. </w:t>
      </w:r>
    </w:p>
    <w:p w14:paraId="7BC9ED6B" w14:textId="178E1322" w:rsidR="009E716B" w:rsidRDefault="00000000" w:rsidP="00B44F54">
      <w:pPr>
        <w:jc w:val="both"/>
      </w:pPr>
      <w:r>
        <w:t>Bu malzemenin/malzemelerin,</w:t>
      </w:r>
      <w:r w:rsidR="00026BB0">
        <w:t xml:space="preserve"> </w:t>
      </w:r>
      <w:r w:rsidR="00FD4175">
        <w:t>fakültenin</w:t>
      </w:r>
      <w:r>
        <w:t xml:space="preserve"> uygun göreceği hizmetlerde kullanılmak üzere, hiçbir şart öne sürmeksizin ve geri alınmamak kaydıyla (gayrikabili rücu) mülkiyetini ve tüm kullanım haklarını </w:t>
      </w:r>
      <w:r w:rsidR="004D5AEB">
        <w:t>Fakültemize</w:t>
      </w:r>
      <w:r>
        <w:t xml:space="preserve"> bedelsiz olarak bağışladığımı; demirbaşın </w:t>
      </w:r>
      <w:r w:rsidR="00DD2898">
        <w:t>Fakültemiz</w:t>
      </w:r>
      <w:r>
        <w:t xml:space="preserve"> Taşınır Kayıt ve Kontrol sistemine (envanterine) kaydedilmesini kabul ve taahhüt ederim.</w:t>
      </w:r>
    </w:p>
    <w:p w14:paraId="0CA61EB5" w14:textId="76955A6C" w:rsidR="009E716B" w:rsidRDefault="00000000">
      <w:r>
        <w:br/>
        <w:t xml:space="preserve">Tarih: </w:t>
      </w:r>
      <w:sdt>
        <w:sdtPr>
          <w:id w:val="-411545768"/>
          <w:placeholder>
            <w:docPart w:val="DefaultPlaceholder_-1854013437"/>
          </w:placeholder>
          <w:date>
            <w:dateFormat w:val="d.MM.yyyy"/>
            <w:lid w:val="tr-TR"/>
            <w:storeMappedDataAs w:val="dateTime"/>
            <w:calendar w:val="gregorian"/>
          </w:date>
        </w:sdtPr>
        <w:sdtContent>
          <w:permStart w:id="709051714" w:edGrp="everyone"/>
          <w:r>
            <w:t>... / ... / 20...</w:t>
          </w:r>
          <w:permEnd w:id="709051714"/>
        </w:sdtContent>
      </w:sdt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9E716B" w14:paraId="3BDE8A03" w14:textId="77777777">
        <w:tc>
          <w:tcPr>
            <w:tcW w:w="4320" w:type="dxa"/>
          </w:tcPr>
          <w:p w14:paraId="543F7774" w14:textId="1BE2CB95" w:rsidR="009E716B" w:rsidRDefault="00000000">
            <w:r>
              <w:t>BAĞIŞ YAPAN</w:t>
            </w:r>
            <w:r>
              <w:br/>
              <w:t>Adı Soyadı / Unvanı:</w:t>
            </w:r>
            <w:r w:rsidR="000262A8">
              <w:t xml:space="preserve"> </w:t>
            </w:r>
            <w:permStart w:id="1469909604" w:edGrp="everyone"/>
            <w:r w:rsidR="000262A8">
              <w:t xml:space="preserve">   </w:t>
            </w:r>
            <w:permEnd w:id="1469909604"/>
            <w:r w:rsidR="000262A8">
              <w:t xml:space="preserve"> </w:t>
            </w:r>
            <w:r>
              <w:br/>
              <w:t>İmza:</w:t>
            </w:r>
            <w:r w:rsidR="000262A8">
              <w:t xml:space="preserve"> </w:t>
            </w:r>
            <w:permStart w:id="1930255155" w:edGrp="everyone"/>
            <w:r w:rsidR="000262A8">
              <w:t xml:space="preserve">   </w:t>
            </w:r>
            <w:permEnd w:id="1930255155"/>
            <w:r w:rsidR="000262A8">
              <w:t xml:space="preserve"> </w:t>
            </w:r>
          </w:p>
        </w:tc>
        <w:tc>
          <w:tcPr>
            <w:tcW w:w="4320" w:type="dxa"/>
          </w:tcPr>
          <w:p w14:paraId="21D678A1" w14:textId="4EC85957" w:rsidR="009E716B" w:rsidRDefault="009E716B"/>
        </w:tc>
      </w:tr>
    </w:tbl>
    <w:p w14:paraId="6361608A" w14:textId="77777777" w:rsidR="00E05592" w:rsidRDefault="00E05592"/>
    <w:sectPr w:rsidR="00E05592" w:rsidSect="000262A8">
      <w:headerReference w:type="default" r:id="rId8"/>
      <w:pgSz w:w="12240" w:h="15840"/>
      <w:pgMar w:top="1440" w:right="1800" w:bottom="1440" w:left="1800" w:header="227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67EC2" w14:textId="77777777" w:rsidR="00B06851" w:rsidRDefault="00B06851" w:rsidP="000262A8">
      <w:pPr>
        <w:spacing w:after="0" w:line="240" w:lineRule="auto"/>
      </w:pPr>
      <w:r>
        <w:separator/>
      </w:r>
    </w:p>
  </w:endnote>
  <w:endnote w:type="continuationSeparator" w:id="0">
    <w:p w14:paraId="040A5A89" w14:textId="77777777" w:rsidR="00B06851" w:rsidRDefault="00B06851" w:rsidP="00026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66F35" w14:textId="77777777" w:rsidR="00B06851" w:rsidRDefault="00B06851" w:rsidP="000262A8">
      <w:pPr>
        <w:spacing w:after="0" w:line="240" w:lineRule="auto"/>
      </w:pPr>
      <w:r>
        <w:separator/>
      </w:r>
    </w:p>
  </w:footnote>
  <w:footnote w:type="continuationSeparator" w:id="0">
    <w:p w14:paraId="7138B3F0" w14:textId="77777777" w:rsidR="00B06851" w:rsidRDefault="00B06851" w:rsidP="000262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B0407" w14:textId="4CAB8BAD" w:rsidR="000262A8" w:rsidRDefault="000262A8" w:rsidP="000262A8">
    <w:pPr>
      <w:pStyle w:val="stBilgi"/>
      <w:ind w:left="-284"/>
    </w:pPr>
    <w:r>
      <w:rPr>
        <w:noProof/>
      </w:rPr>
      <w:drawing>
        <wp:inline distT="0" distB="0" distL="0" distR="0" wp14:anchorId="6C1A4E27" wp14:editId="6B08ADCE">
          <wp:extent cx="6022848" cy="686406"/>
          <wp:effectExtent l="0" t="0" r="0" b="0"/>
          <wp:docPr id="19" name="Resim 19" descr="C:\Users\Windows\AppData\Local\Temp\Rar$DIa11764.37272\logo_a4_dike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Windows\AppData\Local\Temp\Rar$DIa11764.37272\logo_a4_dike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71387" cy="6919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0BC819" w14:textId="77777777" w:rsidR="000262A8" w:rsidRDefault="000262A8">
    <w:pPr>
      <w:pStyle w:val="stBilgi"/>
    </w:pPr>
  </w:p>
  <w:tbl>
    <w:tblPr>
      <w:tblW w:w="10349" w:type="dxa"/>
      <w:tblInd w:w="-851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1146"/>
      <w:gridCol w:w="5529"/>
      <w:gridCol w:w="1984"/>
      <w:gridCol w:w="1134"/>
      <w:gridCol w:w="556"/>
    </w:tblGrid>
    <w:tr w:rsidR="000262A8" w14:paraId="0F0AD1F2" w14:textId="77777777" w:rsidTr="000262A8">
      <w:trPr>
        <w:trHeight w:val="220"/>
      </w:trPr>
      <w:tc>
        <w:tcPr>
          <w:tcW w:w="1146" w:type="dxa"/>
          <w:vMerge w:val="restart"/>
          <w:vAlign w:val="center"/>
        </w:tcPr>
        <w:p w14:paraId="69CBE5F3" w14:textId="77777777" w:rsidR="000262A8" w:rsidRDefault="000262A8" w:rsidP="000262A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42983627" w14:textId="19E2DA3E" w:rsidR="000262A8" w:rsidRDefault="000262A8" w:rsidP="000262A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bCs/>
              <w:color w:val="AEAAAA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AEAAAA"/>
            </w:rPr>
            <w:t>FORMLAR</w:t>
          </w:r>
        </w:p>
        <w:p w14:paraId="6462583F" w14:textId="61B3FFEF" w:rsidR="000262A8" w:rsidRDefault="000262A8" w:rsidP="000262A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bCs/>
              <w:color w:val="1F3863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2E75B5"/>
            </w:rPr>
            <w:t xml:space="preserve"> </w:t>
          </w:r>
          <w:r>
            <w:rPr>
              <w:rFonts w:ascii="Times New Roman" w:eastAsia="Times New Roman" w:hAnsi="Times New Roman" w:cs="Times New Roman"/>
              <w:b/>
              <w:bCs/>
              <w:color w:val="1F3863"/>
            </w:rPr>
            <w:t>DEMİRBAŞ BAĞIŞ FORMU</w:t>
          </w:r>
        </w:p>
      </w:tc>
      <w:tc>
        <w:tcPr>
          <w:tcW w:w="1984" w:type="dxa"/>
        </w:tcPr>
        <w:p w14:paraId="2BE0602D" w14:textId="77777777" w:rsidR="000262A8" w:rsidRDefault="000262A8" w:rsidP="000262A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1690" w:type="dxa"/>
          <w:gridSpan w:val="2"/>
        </w:tcPr>
        <w:p w14:paraId="59D6586A" w14:textId="55C60F67" w:rsidR="000262A8" w:rsidRDefault="000262A8" w:rsidP="000262A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t>MF-FR-77</w:t>
          </w:r>
        </w:p>
      </w:tc>
    </w:tr>
    <w:tr w:rsidR="000262A8" w14:paraId="0A006351" w14:textId="77777777" w:rsidTr="000262A8">
      <w:trPr>
        <w:trHeight w:val="200"/>
      </w:trPr>
      <w:tc>
        <w:tcPr>
          <w:tcW w:w="1146" w:type="dxa"/>
          <w:vMerge/>
          <w:vAlign w:val="center"/>
        </w:tcPr>
        <w:p w14:paraId="2D24F8EC" w14:textId="77777777" w:rsidR="000262A8" w:rsidRDefault="000262A8" w:rsidP="000262A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7E6E3E90" w14:textId="77777777" w:rsidR="000262A8" w:rsidRDefault="000262A8" w:rsidP="000262A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6663096E" w14:textId="77777777" w:rsidR="000262A8" w:rsidRDefault="000262A8" w:rsidP="000262A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1690" w:type="dxa"/>
          <w:gridSpan w:val="2"/>
        </w:tcPr>
        <w:p w14:paraId="006DA931" w14:textId="77777777" w:rsidR="000262A8" w:rsidRDefault="000262A8" w:rsidP="000262A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t>15.12.2025</w:t>
          </w:r>
        </w:p>
      </w:tc>
    </w:tr>
    <w:tr w:rsidR="000262A8" w14:paraId="74BFCF7F" w14:textId="77777777" w:rsidTr="000262A8">
      <w:trPr>
        <w:trHeight w:val="240"/>
      </w:trPr>
      <w:tc>
        <w:tcPr>
          <w:tcW w:w="1146" w:type="dxa"/>
          <w:vMerge/>
          <w:vAlign w:val="center"/>
        </w:tcPr>
        <w:p w14:paraId="4BEEDBD7" w14:textId="77777777" w:rsidR="000262A8" w:rsidRDefault="000262A8" w:rsidP="000262A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25749C0A" w14:textId="77777777" w:rsidR="000262A8" w:rsidRDefault="000262A8" w:rsidP="000262A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0592EE06" w14:textId="77777777" w:rsidR="000262A8" w:rsidRDefault="000262A8" w:rsidP="000262A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70C20D1B" w14:textId="77777777" w:rsidR="000262A8" w:rsidRDefault="000262A8" w:rsidP="000262A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</w:p>
      </w:tc>
      <w:tc>
        <w:tcPr>
          <w:tcW w:w="556" w:type="dxa"/>
        </w:tcPr>
        <w:p w14:paraId="5F7DB619" w14:textId="77777777" w:rsidR="000262A8" w:rsidRDefault="000262A8" w:rsidP="000262A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t>0</w:t>
          </w:r>
        </w:p>
      </w:tc>
    </w:tr>
    <w:tr w:rsidR="000262A8" w14:paraId="357A6140" w14:textId="77777777" w:rsidTr="000262A8">
      <w:trPr>
        <w:trHeight w:val="200"/>
      </w:trPr>
      <w:tc>
        <w:tcPr>
          <w:tcW w:w="1146" w:type="dxa"/>
          <w:vMerge/>
          <w:vAlign w:val="center"/>
        </w:tcPr>
        <w:p w14:paraId="7D8822FC" w14:textId="77777777" w:rsidR="000262A8" w:rsidRDefault="000262A8" w:rsidP="000262A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6AB31475" w14:textId="77777777" w:rsidR="000262A8" w:rsidRDefault="000262A8" w:rsidP="000262A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7324B088" w14:textId="77777777" w:rsidR="000262A8" w:rsidRDefault="000262A8" w:rsidP="000262A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1690" w:type="dxa"/>
          <w:gridSpan w:val="2"/>
        </w:tcPr>
        <w:p w14:paraId="61953E0D" w14:textId="77777777" w:rsidR="000262A8" w:rsidRDefault="000262A8" w:rsidP="000262A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20"/>
              <w:szCs w:val="20"/>
            </w:rPr>
            <w:t>2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fldChar w:fldCharType="end"/>
          </w:r>
        </w:p>
      </w:tc>
    </w:tr>
  </w:tbl>
  <w:p w14:paraId="06EDA483" w14:textId="77777777" w:rsidR="000262A8" w:rsidRDefault="000262A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76188160">
    <w:abstractNumId w:val="8"/>
  </w:num>
  <w:num w:numId="2" w16cid:durableId="797992290">
    <w:abstractNumId w:val="6"/>
  </w:num>
  <w:num w:numId="3" w16cid:durableId="1180849483">
    <w:abstractNumId w:val="5"/>
  </w:num>
  <w:num w:numId="4" w16cid:durableId="1394549731">
    <w:abstractNumId w:val="4"/>
  </w:num>
  <w:num w:numId="5" w16cid:durableId="277487512">
    <w:abstractNumId w:val="7"/>
  </w:num>
  <w:num w:numId="6" w16cid:durableId="1812019829">
    <w:abstractNumId w:val="3"/>
  </w:num>
  <w:num w:numId="7" w16cid:durableId="1595287368">
    <w:abstractNumId w:val="2"/>
  </w:num>
  <w:num w:numId="8" w16cid:durableId="1903713430">
    <w:abstractNumId w:val="1"/>
  </w:num>
  <w:num w:numId="9" w16cid:durableId="864370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cumentProtection w:edit="readOnly" w:enforcement="1" w:cryptProviderType="rsaAES" w:cryptAlgorithmClass="hash" w:cryptAlgorithmType="typeAny" w:cryptAlgorithmSid="14" w:cryptSpinCount="100000" w:hash="rlnXZDmwV9LXPKTW2CQIrHvrp5WWAMe0YkAS/NZ8tCL4JTrQlNzTEfU2wtoz/IrEPifaFaVI2U4Ns4b8/hWMWw==" w:salt="qO3QOlQ9gwUStu+3sha/Q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0B0"/>
    <w:rsid w:val="000262A8"/>
    <w:rsid w:val="00026BB0"/>
    <w:rsid w:val="00034616"/>
    <w:rsid w:val="0006063C"/>
    <w:rsid w:val="00112290"/>
    <w:rsid w:val="0015074B"/>
    <w:rsid w:val="0029639D"/>
    <w:rsid w:val="00326F90"/>
    <w:rsid w:val="003B4789"/>
    <w:rsid w:val="004D5AEB"/>
    <w:rsid w:val="0059389B"/>
    <w:rsid w:val="00674986"/>
    <w:rsid w:val="00751FCB"/>
    <w:rsid w:val="007B4990"/>
    <w:rsid w:val="008910F4"/>
    <w:rsid w:val="008B4501"/>
    <w:rsid w:val="009E716B"/>
    <w:rsid w:val="00AA1D8D"/>
    <w:rsid w:val="00AF77AB"/>
    <w:rsid w:val="00B06851"/>
    <w:rsid w:val="00B44F54"/>
    <w:rsid w:val="00B47730"/>
    <w:rsid w:val="00CB0664"/>
    <w:rsid w:val="00D87BF6"/>
    <w:rsid w:val="00DD2898"/>
    <w:rsid w:val="00E05592"/>
    <w:rsid w:val="00FC693F"/>
    <w:rsid w:val="00FD4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64744FB"/>
  <w14:defaultImageDpi w14:val="300"/>
  <w15:docId w15:val="{0CF01AC2-A780-488F-8ACA-6C6D2BF59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YerTutucuMetni">
    <w:name w:val="Placeholder Text"/>
    <w:basedOn w:val="VarsaylanParagrafYazTipi"/>
    <w:uiPriority w:val="99"/>
    <w:semiHidden/>
    <w:rsid w:val="000262A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D468379-FBC0-47BE-B467-C1B9D681339F}"/>
      </w:docPartPr>
      <w:docPartBody>
        <w:p w:rsidR="002E1B73" w:rsidRDefault="00A44C99">
          <w:r w:rsidRPr="00B87570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C99"/>
    <w:rsid w:val="00011298"/>
    <w:rsid w:val="001B17CD"/>
    <w:rsid w:val="002E1B73"/>
    <w:rsid w:val="0059389B"/>
    <w:rsid w:val="00674986"/>
    <w:rsid w:val="008B4501"/>
    <w:rsid w:val="00A44C99"/>
    <w:rsid w:val="00DE1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A44C99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187</Words>
  <Characters>1069</Characters>
  <Application>Microsoft Office Word</Application>
  <DocSecurity>8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yucel yildirim</cp:lastModifiedBy>
  <cp:revision>10</cp:revision>
  <dcterms:created xsi:type="dcterms:W3CDTF">2026-10-19T06:44:00Z</dcterms:created>
  <dcterms:modified xsi:type="dcterms:W3CDTF">2026-10-23T13:28:00Z</dcterms:modified>
  <cp:category/>
</cp:coreProperties>
</file>