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06CBE" w14:textId="50263214" w:rsidR="00056CCB" w:rsidRDefault="00056CCB">
      <w:pPr>
        <w:spacing w:before="680"/>
        <w:jc w:val="center"/>
        <w:rPr>
          <w:b/>
          <w:sz w:val="32"/>
        </w:rPr>
      </w:pPr>
      <w:r>
        <w:rPr>
          <w:b/>
          <w:noProof/>
          <w:sz w:val="32"/>
        </w:rPr>
        <w:drawing>
          <wp:anchor distT="0" distB="0" distL="114300" distR="114300" simplePos="0" relativeHeight="251655168" behindDoc="0" locked="0" layoutInCell="1" allowOverlap="1" wp14:anchorId="595DBF85" wp14:editId="23649672">
            <wp:simplePos x="0" y="0"/>
            <wp:positionH relativeFrom="column">
              <wp:posOffset>4337685</wp:posOffset>
            </wp:positionH>
            <wp:positionV relativeFrom="paragraph">
              <wp:posOffset>-210185</wp:posOffset>
            </wp:positionV>
            <wp:extent cx="1995170" cy="733137"/>
            <wp:effectExtent l="0" t="0" r="5080" b="0"/>
            <wp:wrapNone/>
            <wp:docPr id="153257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57579" name="Picture 153257579"/>
                    <pic:cNvPicPr/>
                  </pic:nvPicPr>
                  <pic:blipFill>
                    <a:blip r:embed="rId8"/>
                    <a:stretch>
                      <a:fillRect/>
                    </a:stretch>
                  </pic:blipFill>
                  <pic:spPr>
                    <a:xfrm>
                      <a:off x="0" y="0"/>
                      <a:ext cx="1995170" cy="733137"/>
                    </a:xfrm>
                    <a:prstGeom prst="rect">
                      <a:avLst/>
                    </a:prstGeom>
                  </pic:spPr>
                </pic:pic>
              </a:graphicData>
            </a:graphic>
            <wp14:sizeRelH relativeFrom="margin">
              <wp14:pctWidth>0</wp14:pctWidth>
            </wp14:sizeRelH>
            <wp14:sizeRelV relativeFrom="margin">
              <wp14:pctHeight>0</wp14:pctHeight>
            </wp14:sizeRelV>
          </wp:anchor>
        </w:drawing>
      </w:r>
      <w:r>
        <w:rPr>
          <w:b/>
          <w:noProof/>
          <w:sz w:val="28"/>
        </w:rPr>
        <w:drawing>
          <wp:anchor distT="0" distB="0" distL="114300" distR="114300" simplePos="0" relativeHeight="251673600" behindDoc="0" locked="0" layoutInCell="1" allowOverlap="1" wp14:anchorId="78243281" wp14:editId="5A8AE233">
            <wp:simplePos x="0" y="0"/>
            <wp:positionH relativeFrom="column">
              <wp:posOffset>-440055</wp:posOffset>
            </wp:positionH>
            <wp:positionV relativeFrom="paragraph">
              <wp:posOffset>-338455</wp:posOffset>
            </wp:positionV>
            <wp:extent cx="926040" cy="922020"/>
            <wp:effectExtent l="0" t="0" r="7620" b="0"/>
            <wp:wrapNone/>
            <wp:docPr id="1238335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35239" name="Picture 1238335239"/>
                    <pic:cNvPicPr/>
                  </pic:nvPicPr>
                  <pic:blipFill>
                    <a:blip r:embed="rId9"/>
                    <a:stretch>
                      <a:fillRect/>
                    </a:stretch>
                  </pic:blipFill>
                  <pic:spPr>
                    <a:xfrm flipH="1">
                      <a:off x="0" y="0"/>
                      <a:ext cx="926040" cy="922020"/>
                    </a:xfrm>
                    <a:prstGeom prst="rect">
                      <a:avLst/>
                    </a:prstGeom>
                  </pic:spPr>
                </pic:pic>
              </a:graphicData>
            </a:graphic>
            <wp14:sizeRelH relativeFrom="margin">
              <wp14:pctWidth>0</wp14:pctWidth>
            </wp14:sizeRelH>
            <wp14:sizeRelV relativeFrom="margin">
              <wp14:pctHeight>0</wp14:pctHeight>
            </wp14:sizeRelV>
          </wp:anchor>
        </w:drawing>
      </w:r>
    </w:p>
    <w:p w14:paraId="7E2BC9E5" w14:textId="77777777" w:rsidR="00056CCB" w:rsidRDefault="00000000" w:rsidP="00056CCB">
      <w:pPr>
        <w:spacing w:before="680"/>
        <w:jc w:val="center"/>
      </w:pPr>
      <w:r>
        <w:rPr>
          <w:b/>
          <w:sz w:val="32"/>
        </w:rPr>
        <w:t>KARADENİZ TEKNİK ÜNİVERSİTESİ</w:t>
      </w:r>
    </w:p>
    <w:p w14:paraId="4CEC1D9E" w14:textId="77777777" w:rsidR="00056CCB" w:rsidRDefault="00000000" w:rsidP="00056CCB">
      <w:pPr>
        <w:spacing w:before="680"/>
        <w:jc w:val="center"/>
      </w:pPr>
      <w:r>
        <w:rPr>
          <w:b/>
          <w:sz w:val="28"/>
        </w:rPr>
        <w:t>FEN FAKÜLTESİ</w:t>
      </w:r>
      <w:r>
        <w:rPr>
          <w:b/>
          <w:sz w:val="28"/>
        </w:rPr>
        <w:br/>
        <w:t>YAZILIM GELİŞTİRME BÖLÜMÜ</w:t>
      </w:r>
    </w:p>
    <w:p w14:paraId="2D7E3A3E" w14:textId="5B043EDA" w:rsidR="00EF5BCD" w:rsidRDefault="00056CCB" w:rsidP="00056CCB">
      <w:pPr>
        <w:spacing w:before="680"/>
        <w:jc w:val="center"/>
      </w:pPr>
      <w:r>
        <w:rPr>
          <w:b/>
          <w:sz w:val="40"/>
        </w:rPr>
        <w:t>PROJE</w:t>
      </w:r>
      <w:r>
        <w:rPr>
          <w:b/>
          <w:sz w:val="40"/>
        </w:rPr>
        <w:br/>
        <w:t>RAPORU</w:t>
      </w:r>
    </w:p>
    <w:p w14:paraId="5E8D1937" w14:textId="77777777" w:rsidR="00EF5BCD" w:rsidRDefault="00000000">
      <w:pPr>
        <w:spacing w:before="800"/>
        <w:jc w:val="center"/>
      </w:pPr>
      <w:r>
        <w:rPr>
          <w:b/>
          <w:sz w:val="36"/>
        </w:rPr>
        <w:t>[PROJE BAŞLIĞI]</w:t>
      </w:r>
    </w:p>
    <w:p w14:paraId="660D31C3" w14:textId="77777777" w:rsidR="00EF5BCD" w:rsidRDefault="00000000">
      <w:pPr>
        <w:spacing w:before="760"/>
        <w:jc w:val="center"/>
      </w:pPr>
      <w:r>
        <w:rPr>
          <w:b/>
        </w:rPr>
        <w:t>Hazırlayan(lar)</w:t>
      </w:r>
    </w:p>
    <w:p w14:paraId="233AFD6D" w14:textId="77777777" w:rsidR="00EF5BCD" w:rsidRDefault="00000000">
      <w:pPr>
        <w:jc w:val="center"/>
      </w:pPr>
      <w:r>
        <w:t>[Öğrenci No] - [Ad SOYAD]</w:t>
      </w:r>
      <w:r>
        <w:br/>
        <w:t>[Öğrenci No] - [Ad SOYAD]</w:t>
      </w:r>
    </w:p>
    <w:p w14:paraId="2919148B" w14:textId="77777777" w:rsidR="00EF5BCD" w:rsidRDefault="00000000">
      <w:pPr>
        <w:spacing w:before="520"/>
        <w:jc w:val="center"/>
      </w:pPr>
      <w:r>
        <w:rPr>
          <w:b/>
        </w:rPr>
        <w:t>Danışman</w:t>
      </w:r>
    </w:p>
    <w:p w14:paraId="1B2095BE" w14:textId="77777777" w:rsidR="00056CCB" w:rsidRDefault="00000000" w:rsidP="00056CCB">
      <w:pPr>
        <w:jc w:val="center"/>
      </w:pPr>
      <w:r>
        <w:t>[Unvan Ad SOYAD]</w:t>
      </w:r>
    </w:p>
    <w:p w14:paraId="10803ACD" w14:textId="77777777" w:rsidR="00056CCB" w:rsidRDefault="00056CCB" w:rsidP="00056CCB">
      <w:pPr>
        <w:jc w:val="center"/>
      </w:pPr>
    </w:p>
    <w:p w14:paraId="08E31D2B" w14:textId="09A3E7D1" w:rsidR="00056CCB" w:rsidRDefault="00000000" w:rsidP="00056CCB">
      <w:pPr>
        <w:jc w:val="center"/>
      </w:pPr>
      <w:r>
        <w:t>TRABZON</w:t>
      </w:r>
    </w:p>
    <w:p w14:paraId="26D5EA80" w14:textId="5996CA7E" w:rsidR="00EF5BCD" w:rsidRDefault="00000000" w:rsidP="00056CCB">
      <w:pPr>
        <w:jc w:val="center"/>
      </w:pPr>
      <w:r>
        <w:t>[AY YIL]</w:t>
      </w:r>
    </w:p>
    <w:p w14:paraId="7791EB3E" w14:textId="193909DF" w:rsidR="00EF5BCD" w:rsidRDefault="00EF5BCD"/>
    <w:p w14:paraId="33FA92F3" w14:textId="77777777" w:rsidR="00EF5BCD" w:rsidRDefault="00000000">
      <w:pPr>
        <w:pStyle w:val="Heading1"/>
        <w:jc w:val="center"/>
      </w:pPr>
      <w:r>
        <w:t>ŞABLON KULLANIM NOTU</w:t>
      </w:r>
    </w:p>
    <w:tbl>
      <w:tblPr>
        <w:tblW w:w="0" w:type="auto"/>
        <w:jc w:val="center"/>
        <w:tblLayout w:type="fixed"/>
        <w:tblLook w:val="04A0" w:firstRow="1" w:lastRow="0" w:firstColumn="1" w:lastColumn="0" w:noHBand="0" w:noVBand="1"/>
      </w:tblPr>
      <w:tblGrid>
        <w:gridCol w:w="8901"/>
      </w:tblGrid>
      <w:tr w:rsidR="00EF5BCD" w14:paraId="051D4307"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2EE43DA2" w14:textId="77777777" w:rsidR="00EF5BCD" w:rsidRDefault="00000000">
            <w:pPr>
              <w:spacing w:after="0"/>
            </w:pPr>
            <w:r>
              <w:rPr>
                <w:i/>
                <w:color w:val="505050"/>
                <w:sz w:val="20"/>
              </w:rPr>
              <w:t>Bu şablondaki köşeli parantezli ve gri/italik yönlendirme metinleri öğrenciye yardımcı olmak içindir. Rapor teslim edilmeden önce bu metinler silinmeli ve yerlerine projeye ait içerik yazılmalıdır. Başlıkların sırası, bitirme projesi değerlendirme ölçütlerinde belirtilen kitapçık yapısını esas alır.</w:t>
            </w:r>
          </w:p>
        </w:tc>
      </w:tr>
    </w:tbl>
    <w:p w14:paraId="4EA1087B" w14:textId="77777777" w:rsidR="00EF5BCD" w:rsidRDefault="00000000">
      <w:pPr>
        <w:spacing w:before="200"/>
      </w:pPr>
      <w:r>
        <w:t>Değerlendirme ölçütleriyle doğrudan ilişkili olarak raporda aşağıdaki noktaların açıkça gösterilmesi önerilir:</w:t>
      </w:r>
    </w:p>
    <w:p w14:paraId="12CF4595" w14:textId="77777777" w:rsidR="00EF5BCD" w:rsidRDefault="00000000">
      <w:pPr>
        <w:pStyle w:val="ListBullet"/>
      </w:pPr>
      <w:r>
        <w:t>Projenin yenilik ve/veya özgünlük yönü ya da çözdüğü zor problem.</w:t>
      </w:r>
    </w:p>
    <w:p w14:paraId="34AD1203" w14:textId="77777777" w:rsidR="00EF5BCD" w:rsidRDefault="00000000">
      <w:pPr>
        <w:pStyle w:val="ListBullet"/>
      </w:pPr>
      <w:r>
        <w:t>Proje amacı ile elde edilen çıktılar arasındaki uyum.</w:t>
      </w:r>
    </w:p>
    <w:p w14:paraId="6E98CF5C" w14:textId="77777777" w:rsidR="00EF5BCD" w:rsidRDefault="00000000">
      <w:pPr>
        <w:pStyle w:val="ListBullet"/>
      </w:pPr>
      <w:r>
        <w:t>Giriş bölümünde literatür taraması, amaç ve problemin açık biçimde sunulması.</w:t>
      </w:r>
    </w:p>
    <w:p w14:paraId="7757E731" w14:textId="77777777" w:rsidR="00EF5BCD" w:rsidRDefault="00000000">
      <w:pPr>
        <w:pStyle w:val="ListBullet"/>
      </w:pPr>
      <w:r>
        <w:t>Yöntemin ve kullanılan teknolojilerin gerekçeleriyle açıklanması.</w:t>
      </w:r>
    </w:p>
    <w:p w14:paraId="024D3CDD" w14:textId="77777777" w:rsidR="00EF5BCD" w:rsidRDefault="00000000">
      <w:pPr>
        <w:pStyle w:val="ListBullet"/>
      </w:pPr>
      <w:r>
        <w:t>Bulguların ölçülebilir/kanıtlanabilir çıktılarla sunulması.</w:t>
      </w:r>
    </w:p>
    <w:p w14:paraId="682499B6" w14:textId="77777777" w:rsidR="00EF5BCD" w:rsidRDefault="00000000">
      <w:pPr>
        <w:pStyle w:val="ListBullet"/>
      </w:pPr>
      <w:r>
        <w:t>Sonuç ve Tartışma bölümünde sonuçların yorumlanması ve amaç-çıktı ilişkisinin değerlendirilmesi.</w:t>
      </w:r>
    </w:p>
    <w:p w14:paraId="5F29DA7F" w14:textId="77777777" w:rsidR="00EF5BCD" w:rsidRDefault="00000000">
      <w:pPr>
        <w:pStyle w:val="ListBullet"/>
      </w:pPr>
      <w:r>
        <w:t>Proje deposu (repository) bağlantısı ve sürüm kontrol kullanımına ilişkin temel bilgi.</w:t>
      </w:r>
    </w:p>
    <w:p w14:paraId="63B022E2" w14:textId="77777777" w:rsidR="00EF5BCD" w:rsidRDefault="00000000">
      <w:r>
        <w:br w:type="page"/>
      </w:r>
    </w:p>
    <w:p w14:paraId="773735C1" w14:textId="77777777" w:rsidR="00EF5BCD" w:rsidRDefault="00000000">
      <w:pPr>
        <w:pStyle w:val="Heading1"/>
        <w:jc w:val="center"/>
      </w:pPr>
      <w:r>
        <w:lastRenderedPageBreak/>
        <w:t>ÖZET</w:t>
      </w:r>
    </w:p>
    <w:tbl>
      <w:tblPr>
        <w:tblW w:w="0" w:type="auto"/>
        <w:jc w:val="center"/>
        <w:tblLayout w:type="fixed"/>
        <w:tblLook w:val="04A0" w:firstRow="1" w:lastRow="0" w:firstColumn="1" w:lastColumn="0" w:noHBand="0" w:noVBand="1"/>
      </w:tblPr>
      <w:tblGrid>
        <w:gridCol w:w="8901"/>
      </w:tblGrid>
      <w:tr w:rsidR="00EF5BCD" w14:paraId="179947D6"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1C161E68" w14:textId="77777777" w:rsidR="00EF5BCD" w:rsidRDefault="00000000">
            <w:pPr>
              <w:spacing w:after="0"/>
            </w:pPr>
            <w:r>
              <w:rPr>
                <w:i/>
                <w:color w:val="505050"/>
                <w:sz w:val="20"/>
              </w:rPr>
              <w:t>Projeyi; problem, amaç, yöntem, temel bulgular ve sonuç sırasıyla tek bir bütün hâlinde özetleyiniz. Özet içinde kaynak gösterimi yapmamaya çalışınız. Yaklaşık 150-250 kelime önerilir.</w:t>
            </w:r>
          </w:p>
        </w:tc>
      </w:tr>
    </w:tbl>
    <w:p w14:paraId="6E659E3A" w14:textId="77777777" w:rsidR="00EF5BCD" w:rsidRDefault="00000000">
      <w:pPr>
        <w:spacing w:after="560" w:line="276" w:lineRule="auto"/>
        <w:jc w:val="left"/>
      </w:pPr>
      <w:r>
        <w:rPr>
          <w:i/>
          <w:color w:val="787878"/>
        </w:rPr>
        <w:t>[Özet metni buraya yazılacaktır.]</w:t>
      </w:r>
    </w:p>
    <w:p w14:paraId="4B740DD5" w14:textId="77777777" w:rsidR="00EF5BCD" w:rsidRDefault="00000000">
      <w:r>
        <w:rPr>
          <w:b/>
        </w:rPr>
        <w:t xml:space="preserve">Anahtar Kelimeler: </w:t>
      </w:r>
      <w:r>
        <w:t>[3-6 anahtar kelime]</w:t>
      </w:r>
    </w:p>
    <w:p w14:paraId="3E437A79" w14:textId="77777777" w:rsidR="00EF5BCD" w:rsidRDefault="00000000">
      <w:r>
        <w:br w:type="page"/>
      </w:r>
    </w:p>
    <w:p w14:paraId="3DBE427B" w14:textId="77777777" w:rsidR="00EF5BCD" w:rsidRDefault="00000000">
      <w:pPr>
        <w:pStyle w:val="Heading1"/>
        <w:jc w:val="center"/>
      </w:pPr>
      <w:r>
        <w:lastRenderedPageBreak/>
        <w:t>ABSTRACT</w:t>
      </w:r>
    </w:p>
    <w:tbl>
      <w:tblPr>
        <w:tblW w:w="0" w:type="auto"/>
        <w:jc w:val="center"/>
        <w:tblLayout w:type="fixed"/>
        <w:tblLook w:val="04A0" w:firstRow="1" w:lastRow="0" w:firstColumn="1" w:lastColumn="0" w:noHBand="0" w:noVBand="1"/>
      </w:tblPr>
      <w:tblGrid>
        <w:gridCol w:w="8901"/>
      </w:tblGrid>
      <w:tr w:rsidR="00EF5BCD" w14:paraId="4B5AC88E"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4709504F" w14:textId="77777777" w:rsidR="00EF5BCD" w:rsidRDefault="00000000">
            <w:pPr>
              <w:spacing w:after="0"/>
            </w:pPr>
            <w:r>
              <w:rPr>
                <w:i/>
                <w:color w:val="505050"/>
                <w:sz w:val="20"/>
              </w:rPr>
              <w:t>Türkçe özetin İngilizce karşılığını veriniz. Proje başlığı ve teknik terimlerde tutarlı bir terminoloji kullanınız.</w:t>
            </w:r>
          </w:p>
        </w:tc>
      </w:tr>
    </w:tbl>
    <w:p w14:paraId="74CCD1F7" w14:textId="77777777" w:rsidR="00EF5BCD" w:rsidRDefault="00000000">
      <w:pPr>
        <w:spacing w:after="560" w:line="276" w:lineRule="auto"/>
        <w:jc w:val="left"/>
      </w:pPr>
      <w:r>
        <w:rPr>
          <w:i/>
          <w:color w:val="787878"/>
        </w:rPr>
        <w:t>[Abstract text will be written here.]</w:t>
      </w:r>
    </w:p>
    <w:p w14:paraId="709FDD86" w14:textId="77777777" w:rsidR="00EF5BCD" w:rsidRDefault="00000000">
      <w:r>
        <w:rPr>
          <w:b/>
        </w:rPr>
        <w:t xml:space="preserve">Keywords: </w:t>
      </w:r>
      <w:r>
        <w:t>[3-6 keywords]</w:t>
      </w:r>
    </w:p>
    <w:p w14:paraId="400253FE" w14:textId="77777777" w:rsidR="00EF5BCD" w:rsidRDefault="00000000">
      <w:r>
        <w:br w:type="page"/>
      </w:r>
    </w:p>
    <w:p w14:paraId="7052639F" w14:textId="4C424F21" w:rsidR="00EF5BCD" w:rsidRDefault="00000000" w:rsidP="002B460E">
      <w:pPr>
        <w:pStyle w:val="Heading1"/>
        <w:jc w:val="center"/>
      </w:pPr>
      <w:r>
        <w:lastRenderedPageBreak/>
        <w:t>İÇİNDEKİLER</w:t>
      </w:r>
    </w:p>
    <w:tbl>
      <w:tblPr>
        <w:tblW w:w="0" w:type="auto"/>
        <w:jc w:val="center"/>
        <w:tblLayout w:type="fixed"/>
        <w:tblLook w:val="04A0" w:firstRow="1" w:lastRow="0" w:firstColumn="1" w:lastColumn="0" w:noHBand="0" w:noVBand="1"/>
      </w:tblPr>
      <w:tblGrid>
        <w:gridCol w:w="8901"/>
      </w:tblGrid>
      <w:tr w:rsidR="00EF5BCD" w14:paraId="4BA625C7"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23C4B024" w14:textId="26E273E4" w:rsidR="00EF5BCD" w:rsidRDefault="00000000">
            <w:pPr>
              <w:spacing w:after="0"/>
            </w:pPr>
            <w:r>
              <w:rPr>
                <w:i/>
                <w:color w:val="505050"/>
                <w:sz w:val="20"/>
              </w:rPr>
              <w:t xml:space="preserve">Word </w:t>
            </w:r>
            <w:proofErr w:type="spellStart"/>
            <w:r>
              <w:rPr>
                <w:i/>
                <w:color w:val="505050"/>
                <w:sz w:val="20"/>
              </w:rPr>
              <w:t>içinde</w:t>
            </w:r>
            <w:proofErr w:type="spellEnd"/>
            <w:r>
              <w:rPr>
                <w:i/>
                <w:color w:val="505050"/>
                <w:sz w:val="20"/>
              </w:rPr>
              <w:t xml:space="preserve"> </w:t>
            </w:r>
            <w:proofErr w:type="spellStart"/>
            <w:r>
              <w:rPr>
                <w:i/>
                <w:color w:val="505050"/>
                <w:sz w:val="20"/>
              </w:rPr>
              <w:t>rapor</w:t>
            </w:r>
            <w:proofErr w:type="spellEnd"/>
            <w:r>
              <w:rPr>
                <w:i/>
                <w:color w:val="505050"/>
                <w:sz w:val="20"/>
              </w:rPr>
              <w:t xml:space="preserve"> </w:t>
            </w:r>
            <w:proofErr w:type="spellStart"/>
            <w:r>
              <w:rPr>
                <w:i/>
                <w:color w:val="505050"/>
                <w:sz w:val="20"/>
              </w:rPr>
              <w:t>tamamlandıktan</w:t>
            </w:r>
            <w:proofErr w:type="spellEnd"/>
            <w:r>
              <w:rPr>
                <w:i/>
                <w:color w:val="505050"/>
                <w:sz w:val="20"/>
              </w:rPr>
              <w:t xml:space="preserve"> </w:t>
            </w:r>
            <w:proofErr w:type="spellStart"/>
            <w:r>
              <w:rPr>
                <w:i/>
                <w:color w:val="505050"/>
                <w:sz w:val="20"/>
              </w:rPr>
              <w:t>sonra</w:t>
            </w:r>
            <w:proofErr w:type="spellEnd"/>
            <w:r>
              <w:rPr>
                <w:i/>
                <w:color w:val="505050"/>
                <w:sz w:val="20"/>
              </w:rPr>
              <w:t xml:space="preserve"> İçindekiler alanını güncelleyiniz. Başlık stilleri korunursa bölüm ve alt bölüm numaraları otomatik olarak listelenebilir.</w:t>
            </w:r>
          </w:p>
        </w:tc>
      </w:tr>
    </w:tbl>
    <w:p w14:paraId="40040ED2" w14:textId="77777777" w:rsidR="00EF5BCD" w:rsidRDefault="00000000">
      <w:r>
        <w:br w:type="page"/>
      </w:r>
    </w:p>
    <w:p w14:paraId="76B96BB9" w14:textId="77777777" w:rsidR="00EF5BCD" w:rsidRDefault="00000000">
      <w:pPr>
        <w:pStyle w:val="Heading1"/>
      </w:pPr>
      <w:r>
        <w:lastRenderedPageBreak/>
        <w:t>1. GİRİŞ</w:t>
      </w:r>
    </w:p>
    <w:tbl>
      <w:tblPr>
        <w:tblW w:w="0" w:type="auto"/>
        <w:jc w:val="center"/>
        <w:tblLayout w:type="fixed"/>
        <w:tblLook w:val="04A0" w:firstRow="1" w:lastRow="0" w:firstColumn="1" w:lastColumn="0" w:noHBand="0" w:noVBand="1"/>
      </w:tblPr>
      <w:tblGrid>
        <w:gridCol w:w="8901"/>
      </w:tblGrid>
      <w:tr w:rsidR="00EF5BCD" w14:paraId="721A86AF"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42668574" w14:textId="77777777" w:rsidR="00EF5BCD" w:rsidRDefault="00000000">
            <w:pPr>
              <w:spacing w:after="0"/>
            </w:pPr>
            <w:r>
              <w:rPr>
                <w:i/>
                <w:color w:val="505050"/>
                <w:sz w:val="20"/>
              </w:rPr>
              <w:t>Giriş; değerlendirme ölçütündeki “Literatür taraması uygunluğu, Amaç ve Problem” bileşenlerini birlikte karşılamalıdır. Okuyucu, bu bölüm sonunda problemin ne olduğunu, neden önemli olduğunu ve projenin neyi hedeflediğini anlayabilmelidir.</w:t>
            </w:r>
          </w:p>
        </w:tc>
      </w:tr>
    </w:tbl>
    <w:p w14:paraId="7EADD5B7" w14:textId="77777777" w:rsidR="00EF5BCD" w:rsidRDefault="00000000">
      <w:pPr>
        <w:pStyle w:val="Heading2"/>
      </w:pPr>
      <w:r>
        <w:t>1.1. Problem Tanımı</w:t>
      </w:r>
    </w:p>
    <w:tbl>
      <w:tblPr>
        <w:tblW w:w="0" w:type="auto"/>
        <w:jc w:val="center"/>
        <w:tblLayout w:type="fixed"/>
        <w:tblLook w:val="04A0" w:firstRow="1" w:lastRow="0" w:firstColumn="1" w:lastColumn="0" w:noHBand="0" w:noVBand="1"/>
      </w:tblPr>
      <w:tblGrid>
        <w:gridCol w:w="8901"/>
      </w:tblGrid>
      <w:tr w:rsidR="00EF5BCD" w14:paraId="30B2834A"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6DECCE48" w14:textId="77777777" w:rsidR="00EF5BCD" w:rsidRDefault="00000000">
            <w:pPr>
              <w:spacing w:after="0"/>
            </w:pPr>
            <w:r>
              <w:rPr>
                <w:i/>
                <w:color w:val="505050"/>
                <w:sz w:val="20"/>
              </w:rPr>
              <w:t>Çözülmek istenen problemi açık, sınırları belirli ve teknik olarak anlaşılabilir şekilde tanımlayınız. Problemin kimleri/neyi etkilediğini ve mevcut durumda neden çözüm gerektiğini açıklayınız.</w:t>
            </w:r>
          </w:p>
        </w:tc>
      </w:tr>
    </w:tbl>
    <w:p w14:paraId="4B636D59" w14:textId="77777777" w:rsidR="00EF5BCD" w:rsidRDefault="00000000">
      <w:pPr>
        <w:spacing w:after="560" w:line="276" w:lineRule="auto"/>
        <w:jc w:val="left"/>
      </w:pPr>
      <w:r>
        <w:rPr>
          <w:i/>
          <w:color w:val="787878"/>
        </w:rPr>
        <w:t>[Problem tanımı...]</w:t>
      </w:r>
    </w:p>
    <w:p w14:paraId="4066C367" w14:textId="77777777" w:rsidR="00EF5BCD" w:rsidRDefault="00000000">
      <w:pPr>
        <w:pStyle w:val="Heading2"/>
      </w:pPr>
      <w:r>
        <w:t>1.2. Projenin Amacı ve Hedefleri</w:t>
      </w:r>
    </w:p>
    <w:tbl>
      <w:tblPr>
        <w:tblW w:w="0" w:type="auto"/>
        <w:jc w:val="center"/>
        <w:tblLayout w:type="fixed"/>
        <w:tblLook w:val="04A0" w:firstRow="1" w:lastRow="0" w:firstColumn="1" w:lastColumn="0" w:noHBand="0" w:noVBand="1"/>
      </w:tblPr>
      <w:tblGrid>
        <w:gridCol w:w="8901"/>
      </w:tblGrid>
      <w:tr w:rsidR="00EF5BCD" w14:paraId="11B422D8"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4163189D" w14:textId="77777777" w:rsidR="00EF5BCD" w:rsidRDefault="00000000">
            <w:pPr>
              <w:spacing w:after="0"/>
            </w:pPr>
            <w:r>
              <w:rPr>
                <w:i/>
                <w:color w:val="505050"/>
                <w:sz w:val="20"/>
              </w:rPr>
              <w:t>Ana amacı tek bir açık ifadeyle veriniz. Ardından ölçülebilir alt hedefleri sıralayınız.</w:t>
            </w:r>
          </w:p>
        </w:tc>
      </w:tr>
    </w:tbl>
    <w:p w14:paraId="46A969D9" w14:textId="77777777" w:rsidR="00EF5BCD" w:rsidRDefault="00000000">
      <w:pPr>
        <w:spacing w:after="360" w:line="276" w:lineRule="auto"/>
        <w:jc w:val="left"/>
      </w:pPr>
      <w:r>
        <w:rPr>
          <w:i/>
          <w:color w:val="787878"/>
        </w:rPr>
        <w:t>[Projenin amacı ve hedefleri...]</w:t>
      </w:r>
    </w:p>
    <w:p w14:paraId="6C4E7834" w14:textId="5D0A520D" w:rsidR="00EF5BCD" w:rsidRDefault="00000000">
      <w:pPr>
        <w:pStyle w:val="Heading2"/>
      </w:pPr>
      <w:r>
        <w:t xml:space="preserve">1.3. </w:t>
      </w:r>
      <w:proofErr w:type="spellStart"/>
      <w:r>
        <w:t>Yenilik</w:t>
      </w:r>
      <w:proofErr w:type="spellEnd"/>
      <w:r>
        <w:t xml:space="preserve">, </w:t>
      </w:r>
      <w:proofErr w:type="spellStart"/>
      <w:r>
        <w:t>Özgünlük</w:t>
      </w:r>
      <w:proofErr w:type="spellEnd"/>
      <w:r>
        <w:t xml:space="preserve"> </w:t>
      </w:r>
      <w:proofErr w:type="spellStart"/>
      <w:r>
        <w:t>veya</w:t>
      </w:r>
      <w:proofErr w:type="spellEnd"/>
      <w:r>
        <w:t xml:space="preserve"> </w:t>
      </w:r>
      <w:proofErr w:type="spellStart"/>
      <w:r>
        <w:t>Çözülen</w:t>
      </w:r>
      <w:proofErr w:type="spellEnd"/>
      <w:r>
        <w:t xml:space="preserve"> Problem</w:t>
      </w:r>
    </w:p>
    <w:tbl>
      <w:tblPr>
        <w:tblW w:w="0" w:type="auto"/>
        <w:jc w:val="center"/>
        <w:tblLayout w:type="fixed"/>
        <w:tblLook w:val="04A0" w:firstRow="1" w:lastRow="0" w:firstColumn="1" w:lastColumn="0" w:noHBand="0" w:noVBand="1"/>
      </w:tblPr>
      <w:tblGrid>
        <w:gridCol w:w="8901"/>
      </w:tblGrid>
      <w:tr w:rsidR="00EF5BCD" w14:paraId="07EEA1BA"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196662F2" w14:textId="77777777" w:rsidR="00EF5BCD" w:rsidRDefault="00000000">
            <w:pPr>
              <w:spacing w:after="0"/>
            </w:pPr>
            <w:r>
              <w:rPr>
                <w:i/>
                <w:color w:val="505050"/>
                <w:sz w:val="20"/>
              </w:rPr>
              <w:t>Bitirme projesi olmaya uygunluk ölçütünü desteklemek üzere projenin yenilik/özgünlük yönünü veya teknik açıdan çözülmesi zor problemi açıklayınız. Benzer çalışmalardan farkını somutlaştırınız.</w:t>
            </w:r>
          </w:p>
        </w:tc>
      </w:tr>
    </w:tbl>
    <w:p w14:paraId="68BF1ECE" w14:textId="77777777" w:rsidR="00EF5BCD" w:rsidRDefault="00000000">
      <w:pPr>
        <w:spacing w:after="360" w:line="276" w:lineRule="auto"/>
        <w:jc w:val="left"/>
      </w:pPr>
      <w:r>
        <w:rPr>
          <w:i/>
          <w:color w:val="787878"/>
        </w:rPr>
        <w:t>[Yenilik/özgünlük/teknik güçlük açıklaması...]</w:t>
      </w:r>
    </w:p>
    <w:p w14:paraId="070DB48F" w14:textId="77777777" w:rsidR="00EF5BCD" w:rsidRDefault="00000000">
      <w:pPr>
        <w:pStyle w:val="Heading2"/>
      </w:pPr>
      <w:r>
        <w:t>1.4. Literatür Taraması ve Benzer Çalışmalar</w:t>
      </w:r>
    </w:p>
    <w:tbl>
      <w:tblPr>
        <w:tblW w:w="0" w:type="auto"/>
        <w:jc w:val="center"/>
        <w:tblLayout w:type="fixed"/>
        <w:tblLook w:val="04A0" w:firstRow="1" w:lastRow="0" w:firstColumn="1" w:lastColumn="0" w:noHBand="0" w:noVBand="1"/>
      </w:tblPr>
      <w:tblGrid>
        <w:gridCol w:w="8901"/>
      </w:tblGrid>
      <w:tr w:rsidR="00EF5BCD" w14:paraId="7A0FA3C7"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33D47EC2" w14:textId="77777777" w:rsidR="00EF5BCD" w:rsidRDefault="00000000">
            <w:pPr>
              <w:spacing w:after="0"/>
            </w:pPr>
            <w:r>
              <w:rPr>
                <w:i/>
                <w:color w:val="505050"/>
                <w:sz w:val="20"/>
              </w:rPr>
              <w:t>Probleme ilişkin akademik çalışmalar, benzer ürünler/sistemler ve kullanılan yaklaşımları karşılaştırmalı biçimde inceleyiniz. Her iddiayı uygun kaynaklarla destekleyiniz; yalnızca kaynakları ardışık özetlemek yerine çalışmanızla ilişkisini kurunuz.</w:t>
            </w:r>
          </w:p>
        </w:tc>
      </w:tr>
    </w:tbl>
    <w:p w14:paraId="450AF830" w14:textId="77777777" w:rsidR="00EF5BCD" w:rsidRDefault="00000000">
      <w:pPr>
        <w:spacing w:after="560" w:line="276" w:lineRule="auto"/>
        <w:jc w:val="left"/>
      </w:pPr>
      <w:r>
        <w:rPr>
          <w:i/>
          <w:color w:val="787878"/>
        </w:rPr>
        <w:t>[Literatür taraması...]</w:t>
      </w:r>
    </w:p>
    <w:p w14:paraId="50E01CAF" w14:textId="77777777" w:rsidR="00EF5BCD" w:rsidRDefault="00000000">
      <w:pPr>
        <w:pStyle w:val="Heading2"/>
      </w:pPr>
      <w:r>
        <w:t>1.5. Proje Kapsamı ve Sınırlılıklar</w:t>
      </w:r>
    </w:p>
    <w:tbl>
      <w:tblPr>
        <w:tblW w:w="0" w:type="auto"/>
        <w:jc w:val="center"/>
        <w:tblLayout w:type="fixed"/>
        <w:tblLook w:val="04A0" w:firstRow="1" w:lastRow="0" w:firstColumn="1" w:lastColumn="0" w:noHBand="0" w:noVBand="1"/>
      </w:tblPr>
      <w:tblGrid>
        <w:gridCol w:w="8901"/>
      </w:tblGrid>
      <w:tr w:rsidR="00EF5BCD" w14:paraId="1CA0443E"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40B937D9" w14:textId="77777777" w:rsidR="00EF5BCD" w:rsidRDefault="00000000">
            <w:pPr>
              <w:spacing w:after="0"/>
            </w:pPr>
            <w:r>
              <w:rPr>
                <w:i/>
                <w:color w:val="505050"/>
                <w:sz w:val="20"/>
              </w:rPr>
              <w:t>Projenin hangi işlevleri kapsadığını, hangi işlevleri bilinçli olarak kapsam dışında bıraktığınızı ve mevcut sınırlılıkları belirtiniz.</w:t>
            </w:r>
          </w:p>
        </w:tc>
      </w:tr>
    </w:tbl>
    <w:p w14:paraId="4B66D225" w14:textId="77777777" w:rsidR="00EF5BCD" w:rsidRDefault="00000000">
      <w:pPr>
        <w:spacing w:after="360" w:line="276" w:lineRule="auto"/>
        <w:jc w:val="left"/>
      </w:pPr>
      <w:r>
        <w:rPr>
          <w:i/>
          <w:color w:val="787878"/>
        </w:rPr>
        <w:lastRenderedPageBreak/>
        <w:t>[Kapsam ve sınırlılıklar...]</w:t>
      </w:r>
    </w:p>
    <w:p w14:paraId="4298A431" w14:textId="77777777" w:rsidR="00EF5BCD" w:rsidRDefault="00000000">
      <w:pPr>
        <w:pStyle w:val="Heading2"/>
      </w:pPr>
      <w:r>
        <w:t>1.6. Beklenen Çıktılar ve Amaç-Çıktı İlişkisi</w:t>
      </w:r>
    </w:p>
    <w:tbl>
      <w:tblPr>
        <w:tblW w:w="0" w:type="auto"/>
        <w:jc w:val="center"/>
        <w:tblLayout w:type="fixed"/>
        <w:tblLook w:val="04A0" w:firstRow="1" w:lastRow="0" w:firstColumn="1" w:lastColumn="0" w:noHBand="0" w:noVBand="1"/>
      </w:tblPr>
      <w:tblGrid>
        <w:gridCol w:w="8901"/>
      </w:tblGrid>
      <w:tr w:rsidR="00EF5BCD" w14:paraId="47211C96"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74DFC1F7" w14:textId="77777777" w:rsidR="00EF5BCD" w:rsidRDefault="00000000">
            <w:pPr>
              <w:spacing w:after="0"/>
            </w:pPr>
            <w:r>
              <w:rPr>
                <w:i/>
                <w:color w:val="505050"/>
                <w:sz w:val="20"/>
              </w:rPr>
              <w:t>Proje amaçlarını somut çıktılarla eşleştiriniz. Bu bölüm, değerlendirme ölçütündeki Proje Amaç-Çıktı Uyumu için rapor içinde izlenebilir bir temel oluşturur.</w:t>
            </w:r>
          </w:p>
        </w:tc>
      </w:tr>
    </w:tbl>
    <w:tbl>
      <w:tblPr>
        <w:tblStyle w:val="TableGrid"/>
        <w:tblW w:w="0" w:type="auto"/>
        <w:jc w:val="center"/>
        <w:tblLook w:val="04A0" w:firstRow="1" w:lastRow="0" w:firstColumn="1" w:lastColumn="0" w:noHBand="0" w:noVBand="1"/>
      </w:tblPr>
      <w:tblGrid>
        <w:gridCol w:w="2280"/>
        <w:gridCol w:w="2280"/>
        <w:gridCol w:w="2280"/>
        <w:gridCol w:w="2280"/>
      </w:tblGrid>
      <w:tr w:rsidR="00EF5BCD" w14:paraId="3C1EA510" w14:textId="77777777">
        <w:trPr>
          <w:tblHeader/>
          <w:jc w:val="center"/>
        </w:trPr>
        <w:tc>
          <w:tcPr>
            <w:tcW w:w="2280" w:type="dxa"/>
            <w:shd w:val="clear" w:color="auto" w:fill="E7E6E6"/>
          </w:tcPr>
          <w:p w14:paraId="5C528A12" w14:textId="77777777" w:rsidR="00EF5BCD" w:rsidRDefault="00000000">
            <w:r>
              <w:rPr>
                <w:b/>
              </w:rPr>
              <w:t>Ölçüt</w:t>
            </w:r>
          </w:p>
        </w:tc>
        <w:tc>
          <w:tcPr>
            <w:tcW w:w="2280" w:type="dxa"/>
            <w:shd w:val="clear" w:color="auto" w:fill="E7E6E6"/>
          </w:tcPr>
          <w:p w14:paraId="6587BDBD" w14:textId="77777777" w:rsidR="00EF5BCD" w:rsidRDefault="00000000">
            <w:r>
              <w:rPr>
                <w:b/>
              </w:rPr>
              <w:t>Beklenen</w:t>
            </w:r>
          </w:p>
        </w:tc>
        <w:tc>
          <w:tcPr>
            <w:tcW w:w="2280" w:type="dxa"/>
            <w:shd w:val="clear" w:color="auto" w:fill="E7E6E6"/>
          </w:tcPr>
          <w:p w14:paraId="2386D666" w14:textId="77777777" w:rsidR="00EF5BCD" w:rsidRDefault="00000000">
            <w:r>
              <w:rPr>
                <w:b/>
              </w:rPr>
              <w:t>Elde Edilen</w:t>
            </w:r>
          </w:p>
        </w:tc>
        <w:tc>
          <w:tcPr>
            <w:tcW w:w="2280" w:type="dxa"/>
            <w:shd w:val="clear" w:color="auto" w:fill="E7E6E6"/>
          </w:tcPr>
          <w:p w14:paraId="06DBDFA0" w14:textId="77777777" w:rsidR="00EF5BCD" w:rsidRDefault="00000000">
            <w:r>
              <w:rPr>
                <w:b/>
              </w:rPr>
              <w:t>Açıklama</w:t>
            </w:r>
          </w:p>
        </w:tc>
      </w:tr>
      <w:tr w:rsidR="00EF5BCD" w14:paraId="12E4B5E0" w14:textId="77777777">
        <w:trPr>
          <w:jc w:val="center"/>
        </w:trPr>
        <w:tc>
          <w:tcPr>
            <w:tcW w:w="2280" w:type="dxa"/>
          </w:tcPr>
          <w:p w14:paraId="7EAF2988" w14:textId="77777777" w:rsidR="00EF5BCD" w:rsidRDefault="00000000">
            <w:r>
              <w:t>[... ]</w:t>
            </w:r>
          </w:p>
        </w:tc>
        <w:tc>
          <w:tcPr>
            <w:tcW w:w="2280" w:type="dxa"/>
          </w:tcPr>
          <w:p w14:paraId="20D934A1" w14:textId="77777777" w:rsidR="00EF5BCD" w:rsidRDefault="00000000">
            <w:r>
              <w:t>[... ]</w:t>
            </w:r>
          </w:p>
        </w:tc>
        <w:tc>
          <w:tcPr>
            <w:tcW w:w="2280" w:type="dxa"/>
          </w:tcPr>
          <w:p w14:paraId="47C4BF75" w14:textId="77777777" w:rsidR="00EF5BCD" w:rsidRDefault="00000000">
            <w:r>
              <w:t>[... ]</w:t>
            </w:r>
          </w:p>
        </w:tc>
        <w:tc>
          <w:tcPr>
            <w:tcW w:w="2280" w:type="dxa"/>
          </w:tcPr>
          <w:p w14:paraId="61F1C378" w14:textId="77777777" w:rsidR="00EF5BCD" w:rsidRDefault="00000000">
            <w:r>
              <w:t>[... ]</w:t>
            </w:r>
          </w:p>
        </w:tc>
      </w:tr>
      <w:tr w:rsidR="00EF5BCD" w14:paraId="3CBE73DE" w14:textId="77777777">
        <w:trPr>
          <w:jc w:val="center"/>
        </w:trPr>
        <w:tc>
          <w:tcPr>
            <w:tcW w:w="2280" w:type="dxa"/>
          </w:tcPr>
          <w:p w14:paraId="6B221FB3" w14:textId="77777777" w:rsidR="00EF5BCD" w:rsidRDefault="00000000">
            <w:r>
              <w:t>[... ]</w:t>
            </w:r>
          </w:p>
        </w:tc>
        <w:tc>
          <w:tcPr>
            <w:tcW w:w="2280" w:type="dxa"/>
          </w:tcPr>
          <w:p w14:paraId="17270141" w14:textId="77777777" w:rsidR="00EF5BCD" w:rsidRDefault="00000000">
            <w:r>
              <w:t>[... ]</w:t>
            </w:r>
          </w:p>
        </w:tc>
        <w:tc>
          <w:tcPr>
            <w:tcW w:w="2280" w:type="dxa"/>
          </w:tcPr>
          <w:p w14:paraId="4E67CB64" w14:textId="77777777" w:rsidR="00EF5BCD" w:rsidRDefault="00000000">
            <w:r>
              <w:t>[... ]</w:t>
            </w:r>
          </w:p>
        </w:tc>
        <w:tc>
          <w:tcPr>
            <w:tcW w:w="2280" w:type="dxa"/>
          </w:tcPr>
          <w:p w14:paraId="7EF29EAE" w14:textId="77777777" w:rsidR="00EF5BCD" w:rsidRDefault="00000000">
            <w:r>
              <w:t>[... ]</w:t>
            </w:r>
          </w:p>
        </w:tc>
      </w:tr>
      <w:tr w:rsidR="00EF5BCD" w14:paraId="03FC944E" w14:textId="77777777">
        <w:trPr>
          <w:jc w:val="center"/>
        </w:trPr>
        <w:tc>
          <w:tcPr>
            <w:tcW w:w="2280" w:type="dxa"/>
          </w:tcPr>
          <w:p w14:paraId="716FF2D2" w14:textId="77777777" w:rsidR="00EF5BCD" w:rsidRDefault="00000000">
            <w:r>
              <w:t>[... ]</w:t>
            </w:r>
          </w:p>
        </w:tc>
        <w:tc>
          <w:tcPr>
            <w:tcW w:w="2280" w:type="dxa"/>
          </w:tcPr>
          <w:p w14:paraId="6EC3670F" w14:textId="77777777" w:rsidR="00EF5BCD" w:rsidRDefault="00000000">
            <w:r>
              <w:t>[... ]</w:t>
            </w:r>
          </w:p>
        </w:tc>
        <w:tc>
          <w:tcPr>
            <w:tcW w:w="2280" w:type="dxa"/>
          </w:tcPr>
          <w:p w14:paraId="5955A58E" w14:textId="77777777" w:rsidR="00EF5BCD" w:rsidRDefault="00000000">
            <w:r>
              <w:t>[... ]</w:t>
            </w:r>
          </w:p>
        </w:tc>
        <w:tc>
          <w:tcPr>
            <w:tcW w:w="2280" w:type="dxa"/>
          </w:tcPr>
          <w:p w14:paraId="45BD2335" w14:textId="77777777" w:rsidR="00EF5BCD" w:rsidRDefault="00000000">
            <w:r>
              <w:t>[... ]</w:t>
            </w:r>
          </w:p>
        </w:tc>
      </w:tr>
    </w:tbl>
    <w:p w14:paraId="0BD224F8" w14:textId="77777777" w:rsidR="00EF5BCD" w:rsidRDefault="00000000">
      <w:pPr>
        <w:pStyle w:val="Caption"/>
        <w:jc w:val="center"/>
      </w:pPr>
      <w:r>
        <w:t>Tablo X. [Tablo başlığı]</w:t>
      </w:r>
    </w:p>
    <w:p w14:paraId="17E0ED27" w14:textId="77777777" w:rsidR="00EF5BCD" w:rsidRDefault="00000000">
      <w:r>
        <w:br w:type="page"/>
      </w:r>
    </w:p>
    <w:p w14:paraId="2AF6A758" w14:textId="77777777" w:rsidR="00EF5BCD" w:rsidRDefault="00000000">
      <w:pPr>
        <w:pStyle w:val="Heading1"/>
      </w:pPr>
      <w:r>
        <w:lastRenderedPageBreak/>
        <w:t>2. YÖNTEM</w:t>
      </w:r>
    </w:p>
    <w:tbl>
      <w:tblPr>
        <w:tblW w:w="0" w:type="auto"/>
        <w:jc w:val="center"/>
        <w:tblLayout w:type="fixed"/>
        <w:tblLook w:val="04A0" w:firstRow="1" w:lastRow="0" w:firstColumn="1" w:lastColumn="0" w:noHBand="0" w:noVBand="1"/>
      </w:tblPr>
      <w:tblGrid>
        <w:gridCol w:w="8901"/>
      </w:tblGrid>
      <w:tr w:rsidR="00EF5BCD" w14:paraId="3B0B877D"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537E9AF5" w14:textId="77777777" w:rsidR="00EF5BCD" w:rsidRDefault="00000000">
            <w:pPr>
              <w:spacing w:after="0"/>
            </w:pPr>
            <w:r>
              <w:rPr>
                <w:i/>
                <w:color w:val="505050"/>
                <w:sz w:val="20"/>
              </w:rPr>
              <w:t>Projede kullanılan yöntemleri, teknolojileri, geliştirme yaklaşımını ve teknik kararların gerekçelerini yeniden üretilebilir/izlenebilir biçimde açıklayınız. “Ne yaptık?” kadar “neden bu yaklaşımı seçtik?” sorusuna da cevap veriniz.</w:t>
            </w:r>
          </w:p>
        </w:tc>
      </w:tr>
    </w:tbl>
    <w:p w14:paraId="4459A21F" w14:textId="77777777" w:rsidR="00EF5BCD" w:rsidRDefault="00000000">
      <w:pPr>
        <w:pStyle w:val="Heading2"/>
      </w:pPr>
      <w:r>
        <w:t>2.1. Genel Yaklaşım ve İş Akışı</w:t>
      </w:r>
    </w:p>
    <w:p w14:paraId="3DAD65B0" w14:textId="77777777" w:rsidR="00EF5BCD" w:rsidRDefault="00000000">
      <w:pPr>
        <w:spacing w:after="560" w:line="276" w:lineRule="auto"/>
        <w:jc w:val="left"/>
      </w:pPr>
      <w:r>
        <w:rPr>
          <w:i/>
          <w:color w:val="787878"/>
        </w:rPr>
        <w:t>[Projenin genel çözüm yaklaşımı ve adımları...]</w:t>
      </w:r>
    </w:p>
    <w:tbl>
      <w:tblPr>
        <w:tblW w:w="0" w:type="auto"/>
        <w:jc w:val="center"/>
        <w:tblLayout w:type="fixed"/>
        <w:tblLook w:val="04A0" w:firstRow="1" w:lastRow="0" w:firstColumn="1" w:lastColumn="0" w:noHBand="0" w:noVBand="1"/>
      </w:tblPr>
      <w:tblGrid>
        <w:gridCol w:w="8220"/>
      </w:tblGrid>
      <w:tr w:rsidR="00EF5BCD" w14:paraId="185331EC" w14:textId="77777777">
        <w:trPr>
          <w:jc w:val="center"/>
        </w:trPr>
        <w:tc>
          <w:tcPr>
            <w:tcW w:w="8220" w:type="dxa"/>
            <w:tcBorders>
              <w:top w:val="single" w:sz="8" w:space="0" w:color="AAAAAA"/>
              <w:left w:val="single" w:sz="8" w:space="0" w:color="AAAAAA"/>
              <w:bottom w:val="single" w:sz="8" w:space="0" w:color="AAAAAA"/>
              <w:right w:val="single" w:sz="8" w:space="0" w:color="AAAAAA"/>
            </w:tcBorders>
            <w:shd w:val="clear" w:color="auto" w:fill="FAFAFA"/>
            <w:vAlign w:val="center"/>
          </w:tcPr>
          <w:p w14:paraId="4022F664" w14:textId="77777777" w:rsidR="00EF5BCD" w:rsidRDefault="00000000">
            <w:pPr>
              <w:spacing w:before="440" w:after="440"/>
              <w:jc w:val="center"/>
            </w:pPr>
            <w:r>
              <w:rPr>
                <w:color w:val="828282"/>
                <w:sz w:val="20"/>
              </w:rPr>
              <w:t>[ŞEKİL / EKRAN GÖRÜNTÜSÜ / DİYAGRAM ALANI]</w:t>
            </w:r>
          </w:p>
        </w:tc>
      </w:tr>
    </w:tbl>
    <w:p w14:paraId="4AAEEB2C" w14:textId="77777777" w:rsidR="00EF5BCD" w:rsidRDefault="00000000">
      <w:pPr>
        <w:pStyle w:val="Caption"/>
        <w:jc w:val="center"/>
      </w:pPr>
      <w:r>
        <w:t>Şekil 1. Projenin genel iş akışı / yöntem diyagramı</w:t>
      </w:r>
    </w:p>
    <w:p w14:paraId="3380D8EB" w14:textId="77777777" w:rsidR="00EF5BCD" w:rsidRDefault="00000000">
      <w:pPr>
        <w:pStyle w:val="Heading2"/>
      </w:pPr>
      <w:r>
        <w:t>2.2. Sistem Tasarımı ve Mimarisi</w:t>
      </w:r>
    </w:p>
    <w:tbl>
      <w:tblPr>
        <w:tblW w:w="0" w:type="auto"/>
        <w:jc w:val="center"/>
        <w:tblLayout w:type="fixed"/>
        <w:tblLook w:val="04A0" w:firstRow="1" w:lastRow="0" w:firstColumn="1" w:lastColumn="0" w:noHBand="0" w:noVBand="1"/>
      </w:tblPr>
      <w:tblGrid>
        <w:gridCol w:w="8901"/>
      </w:tblGrid>
      <w:tr w:rsidR="00EF5BCD" w14:paraId="5245F5BC"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710E725B" w14:textId="77777777" w:rsidR="00EF5BCD" w:rsidRDefault="00000000">
            <w:pPr>
              <w:spacing w:after="0"/>
            </w:pPr>
            <w:r>
              <w:rPr>
                <w:i/>
                <w:color w:val="505050"/>
                <w:sz w:val="20"/>
              </w:rPr>
              <w:t>Sistemin ana bileşenlerini, aralarındaki veri/işlem akışını ve varsa katmanlı mimariyi açıklayınız. Uygun UML, mimari veya veri akış diyagramlarını kullanınız.</w:t>
            </w:r>
          </w:p>
        </w:tc>
      </w:tr>
    </w:tbl>
    <w:p w14:paraId="60F0FDB1" w14:textId="77777777" w:rsidR="00EF5BCD" w:rsidRDefault="00000000">
      <w:pPr>
        <w:spacing w:after="360" w:line="276" w:lineRule="auto"/>
        <w:jc w:val="left"/>
      </w:pPr>
      <w:r>
        <w:rPr>
          <w:i/>
          <w:color w:val="787878"/>
        </w:rPr>
        <w:t>[Mimari açıklama...]</w:t>
      </w:r>
    </w:p>
    <w:tbl>
      <w:tblPr>
        <w:tblW w:w="0" w:type="auto"/>
        <w:jc w:val="center"/>
        <w:tblLayout w:type="fixed"/>
        <w:tblLook w:val="04A0" w:firstRow="1" w:lastRow="0" w:firstColumn="1" w:lastColumn="0" w:noHBand="0" w:noVBand="1"/>
      </w:tblPr>
      <w:tblGrid>
        <w:gridCol w:w="8220"/>
      </w:tblGrid>
      <w:tr w:rsidR="00EF5BCD" w14:paraId="20CCE022" w14:textId="77777777">
        <w:trPr>
          <w:jc w:val="center"/>
        </w:trPr>
        <w:tc>
          <w:tcPr>
            <w:tcW w:w="8220" w:type="dxa"/>
            <w:tcBorders>
              <w:top w:val="single" w:sz="8" w:space="0" w:color="AAAAAA"/>
              <w:left w:val="single" w:sz="8" w:space="0" w:color="AAAAAA"/>
              <w:bottom w:val="single" w:sz="8" w:space="0" w:color="AAAAAA"/>
              <w:right w:val="single" w:sz="8" w:space="0" w:color="AAAAAA"/>
            </w:tcBorders>
            <w:shd w:val="clear" w:color="auto" w:fill="FAFAFA"/>
            <w:vAlign w:val="center"/>
          </w:tcPr>
          <w:p w14:paraId="18416BAF" w14:textId="77777777" w:rsidR="00EF5BCD" w:rsidRDefault="00000000">
            <w:pPr>
              <w:spacing w:before="440" w:after="440"/>
              <w:jc w:val="center"/>
            </w:pPr>
            <w:r>
              <w:rPr>
                <w:color w:val="828282"/>
                <w:sz w:val="20"/>
              </w:rPr>
              <w:t>[ŞEKİL / EKRAN GÖRÜNTÜSÜ / DİYAGRAM ALANI]</w:t>
            </w:r>
          </w:p>
        </w:tc>
      </w:tr>
    </w:tbl>
    <w:p w14:paraId="6EBF3DBC" w14:textId="77777777" w:rsidR="00EF5BCD" w:rsidRDefault="00000000">
      <w:pPr>
        <w:pStyle w:val="Caption"/>
        <w:jc w:val="center"/>
      </w:pPr>
      <w:r>
        <w:t>Şekil 2. Sistem mimarisi</w:t>
      </w:r>
    </w:p>
    <w:p w14:paraId="39B036C8" w14:textId="77777777" w:rsidR="00EF5BCD" w:rsidRDefault="00000000">
      <w:pPr>
        <w:pStyle w:val="Heading2"/>
      </w:pPr>
      <w:r>
        <w:t>2.3. Kullanılan Teknolojiler ve Araçlar</w:t>
      </w:r>
    </w:p>
    <w:tbl>
      <w:tblPr>
        <w:tblW w:w="0" w:type="auto"/>
        <w:jc w:val="center"/>
        <w:tblLayout w:type="fixed"/>
        <w:tblLook w:val="04A0" w:firstRow="1" w:lastRow="0" w:firstColumn="1" w:lastColumn="0" w:noHBand="0" w:noVBand="1"/>
      </w:tblPr>
      <w:tblGrid>
        <w:gridCol w:w="8901"/>
      </w:tblGrid>
      <w:tr w:rsidR="00EF5BCD" w14:paraId="7E247712"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38325645" w14:textId="77777777" w:rsidR="00EF5BCD" w:rsidRDefault="00000000">
            <w:pPr>
              <w:spacing w:after="0"/>
            </w:pPr>
            <w:r>
              <w:rPr>
                <w:i/>
                <w:color w:val="505050"/>
                <w:sz w:val="20"/>
              </w:rPr>
              <w:t>Programlama dilleri, kütüphaneler, çerçeveler, veritabanları, IDE/araçlar, servisler ve diğer teknolojileri; sürüm bilgileri ve seçilme gerekçeleriyle belirtiniz.</w:t>
            </w:r>
          </w:p>
        </w:tc>
      </w:tr>
    </w:tbl>
    <w:tbl>
      <w:tblPr>
        <w:tblStyle w:val="TableGrid"/>
        <w:tblW w:w="0" w:type="auto"/>
        <w:jc w:val="center"/>
        <w:tblLook w:val="04A0" w:firstRow="1" w:lastRow="0" w:firstColumn="1" w:lastColumn="0" w:noHBand="0" w:noVBand="1"/>
      </w:tblPr>
      <w:tblGrid>
        <w:gridCol w:w="2280"/>
        <w:gridCol w:w="2280"/>
        <w:gridCol w:w="2280"/>
        <w:gridCol w:w="2280"/>
      </w:tblGrid>
      <w:tr w:rsidR="00EF5BCD" w14:paraId="070FDA69" w14:textId="77777777">
        <w:trPr>
          <w:jc w:val="center"/>
        </w:trPr>
        <w:tc>
          <w:tcPr>
            <w:tcW w:w="2280" w:type="dxa"/>
            <w:shd w:val="clear" w:color="auto" w:fill="E7E6E6"/>
          </w:tcPr>
          <w:p w14:paraId="57F8DDDB" w14:textId="77777777" w:rsidR="00EF5BCD" w:rsidRDefault="00000000">
            <w:r>
              <w:rPr>
                <w:b/>
              </w:rPr>
              <w:t>Teknoloji/Araç</w:t>
            </w:r>
          </w:p>
        </w:tc>
        <w:tc>
          <w:tcPr>
            <w:tcW w:w="2280" w:type="dxa"/>
            <w:shd w:val="clear" w:color="auto" w:fill="E7E6E6"/>
          </w:tcPr>
          <w:p w14:paraId="0163FF31" w14:textId="77777777" w:rsidR="00EF5BCD" w:rsidRDefault="00000000">
            <w:r>
              <w:rPr>
                <w:b/>
              </w:rPr>
              <w:t>Sürüm</w:t>
            </w:r>
          </w:p>
        </w:tc>
        <w:tc>
          <w:tcPr>
            <w:tcW w:w="2280" w:type="dxa"/>
            <w:shd w:val="clear" w:color="auto" w:fill="E7E6E6"/>
          </w:tcPr>
          <w:p w14:paraId="7441AC1A" w14:textId="77777777" w:rsidR="00EF5BCD" w:rsidRDefault="00000000">
            <w:r>
              <w:rPr>
                <w:b/>
              </w:rPr>
              <w:t>Kullanım Amacı</w:t>
            </w:r>
          </w:p>
        </w:tc>
        <w:tc>
          <w:tcPr>
            <w:tcW w:w="2280" w:type="dxa"/>
            <w:shd w:val="clear" w:color="auto" w:fill="E7E6E6"/>
          </w:tcPr>
          <w:p w14:paraId="16744F38" w14:textId="77777777" w:rsidR="00EF5BCD" w:rsidRDefault="00000000">
            <w:r>
              <w:rPr>
                <w:b/>
              </w:rPr>
              <w:t>Seçilme Gerekçesi</w:t>
            </w:r>
          </w:p>
        </w:tc>
      </w:tr>
      <w:tr w:rsidR="00EF5BCD" w14:paraId="7FBF4DF5" w14:textId="77777777">
        <w:trPr>
          <w:jc w:val="center"/>
        </w:trPr>
        <w:tc>
          <w:tcPr>
            <w:tcW w:w="2280" w:type="dxa"/>
          </w:tcPr>
          <w:p w14:paraId="063A9111" w14:textId="77777777" w:rsidR="00EF5BCD" w:rsidRDefault="00000000">
            <w:r>
              <w:t>[...]</w:t>
            </w:r>
          </w:p>
        </w:tc>
        <w:tc>
          <w:tcPr>
            <w:tcW w:w="2280" w:type="dxa"/>
          </w:tcPr>
          <w:p w14:paraId="0FDBDF05" w14:textId="77777777" w:rsidR="00EF5BCD" w:rsidRDefault="00000000">
            <w:r>
              <w:t>[...]</w:t>
            </w:r>
          </w:p>
        </w:tc>
        <w:tc>
          <w:tcPr>
            <w:tcW w:w="2280" w:type="dxa"/>
          </w:tcPr>
          <w:p w14:paraId="01076BE2" w14:textId="77777777" w:rsidR="00EF5BCD" w:rsidRDefault="00000000">
            <w:r>
              <w:t>[...]</w:t>
            </w:r>
          </w:p>
        </w:tc>
        <w:tc>
          <w:tcPr>
            <w:tcW w:w="2280" w:type="dxa"/>
          </w:tcPr>
          <w:p w14:paraId="14C25EE6" w14:textId="77777777" w:rsidR="00EF5BCD" w:rsidRDefault="00000000">
            <w:r>
              <w:t>[...]</w:t>
            </w:r>
          </w:p>
        </w:tc>
      </w:tr>
    </w:tbl>
    <w:p w14:paraId="691EA261" w14:textId="77777777" w:rsidR="00EF5BCD" w:rsidRDefault="00000000">
      <w:pPr>
        <w:pStyle w:val="Heading2"/>
      </w:pPr>
      <w:r>
        <w:lastRenderedPageBreak/>
        <w:t>2.4. Veri / Gereksinimler / Girdi Kaynakları</w:t>
      </w:r>
    </w:p>
    <w:tbl>
      <w:tblPr>
        <w:tblW w:w="0" w:type="auto"/>
        <w:jc w:val="center"/>
        <w:tblLayout w:type="fixed"/>
        <w:tblLook w:val="04A0" w:firstRow="1" w:lastRow="0" w:firstColumn="1" w:lastColumn="0" w:noHBand="0" w:noVBand="1"/>
      </w:tblPr>
      <w:tblGrid>
        <w:gridCol w:w="8901"/>
      </w:tblGrid>
      <w:tr w:rsidR="00EF5BCD" w14:paraId="0DD40678"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57485AE6" w14:textId="77777777" w:rsidR="00EF5BCD" w:rsidRDefault="00000000">
            <w:pPr>
              <w:spacing w:after="0"/>
            </w:pPr>
            <w:r>
              <w:rPr>
                <w:i/>
                <w:color w:val="505050"/>
                <w:sz w:val="20"/>
              </w:rPr>
              <w:t>Projenin türüne göre kullanılan veri setlerini, kullanıcı gereksinimlerini, API/veri kaynaklarını, sensör girdilerini veya diğer temel girdileri açıklayınız. Bu alt başlık projeye uygun değilse kaldırılabilir ya da yeniden adlandırılabilir.</w:t>
            </w:r>
          </w:p>
        </w:tc>
      </w:tr>
    </w:tbl>
    <w:p w14:paraId="1A08E610" w14:textId="77777777" w:rsidR="00EF5BCD" w:rsidRDefault="00000000">
      <w:pPr>
        <w:spacing w:after="360" w:line="276" w:lineRule="auto"/>
        <w:jc w:val="left"/>
      </w:pPr>
      <w:r>
        <w:rPr>
          <w:i/>
          <w:color w:val="787878"/>
        </w:rPr>
        <w:t>[Veri ve girdiler...]</w:t>
      </w:r>
    </w:p>
    <w:p w14:paraId="626EBDB1" w14:textId="77777777" w:rsidR="00EF5BCD" w:rsidRDefault="00000000">
      <w:pPr>
        <w:pStyle w:val="Heading2"/>
      </w:pPr>
      <w:r>
        <w:t>2.5. Geliştirme Süreci ve Repository Kullanımı</w:t>
      </w:r>
    </w:p>
    <w:tbl>
      <w:tblPr>
        <w:tblW w:w="0" w:type="auto"/>
        <w:jc w:val="center"/>
        <w:tblLayout w:type="fixed"/>
        <w:tblLook w:val="04A0" w:firstRow="1" w:lastRow="0" w:firstColumn="1" w:lastColumn="0" w:noHBand="0" w:noVBand="1"/>
      </w:tblPr>
      <w:tblGrid>
        <w:gridCol w:w="8901"/>
      </w:tblGrid>
      <w:tr w:rsidR="00EF5BCD" w14:paraId="5EAB3548"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4D700CE3" w14:textId="77777777" w:rsidR="00EF5BCD" w:rsidRDefault="00000000">
            <w:pPr>
              <w:spacing w:after="0"/>
            </w:pPr>
            <w:r>
              <w:rPr>
                <w:i/>
                <w:color w:val="505050"/>
                <w:sz w:val="20"/>
              </w:rPr>
              <w:t>Kullanılan repository platformunu, dallanma/commit yaklaşımını ve ekip çalışması varsa görev paylaşımını kısaca açıklayınız. Repository kullanımının değerlendirildiğini dikkate alınız.</w:t>
            </w:r>
          </w:p>
        </w:tc>
      </w:tr>
    </w:tbl>
    <w:tbl>
      <w:tblPr>
        <w:tblStyle w:val="TableGrid"/>
        <w:tblW w:w="0" w:type="auto"/>
        <w:jc w:val="center"/>
        <w:tblLook w:val="04A0" w:firstRow="1" w:lastRow="0" w:firstColumn="1" w:lastColumn="0" w:noHBand="0" w:noVBand="1"/>
      </w:tblPr>
      <w:tblGrid>
        <w:gridCol w:w="4561"/>
        <w:gridCol w:w="4561"/>
      </w:tblGrid>
      <w:tr w:rsidR="00EF5BCD" w14:paraId="4E63518A" w14:textId="77777777">
        <w:trPr>
          <w:jc w:val="center"/>
        </w:trPr>
        <w:tc>
          <w:tcPr>
            <w:tcW w:w="4561" w:type="dxa"/>
          </w:tcPr>
          <w:p w14:paraId="6927FCAC" w14:textId="77777777" w:rsidR="00EF5BCD" w:rsidRDefault="00000000">
            <w:r>
              <w:rPr>
                <w:b/>
              </w:rPr>
              <w:t>Repository Platformu</w:t>
            </w:r>
          </w:p>
        </w:tc>
        <w:tc>
          <w:tcPr>
            <w:tcW w:w="4561" w:type="dxa"/>
          </w:tcPr>
          <w:p w14:paraId="3E153371" w14:textId="77777777" w:rsidR="00EF5BCD" w:rsidRDefault="00000000">
            <w:r>
              <w:t>[GitHub / GitLab / Bitbucket / vb.]</w:t>
            </w:r>
          </w:p>
        </w:tc>
      </w:tr>
      <w:tr w:rsidR="00EF5BCD" w14:paraId="4602CF84" w14:textId="77777777">
        <w:trPr>
          <w:jc w:val="center"/>
        </w:trPr>
        <w:tc>
          <w:tcPr>
            <w:tcW w:w="4561" w:type="dxa"/>
          </w:tcPr>
          <w:p w14:paraId="533BECA7" w14:textId="77777777" w:rsidR="00EF5BCD" w:rsidRDefault="00000000">
            <w:r>
              <w:rPr>
                <w:b/>
              </w:rPr>
              <w:t>Repository URL</w:t>
            </w:r>
          </w:p>
        </w:tc>
        <w:tc>
          <w:tcPr>
            <w:tcW w:w="4561" w:type="dxa"/>
          </w:tcPr>
          <w:p w14:paraId="3CF2B47C" w14:textId="77777777" w:rsidR="00EF5BCD" w:rsidRDefault="00000000">
            <w:r>
              <w:t>[https://...]</w:t>
            </w:r>
          </w:p>
        </w:tc>
      </w:tr>
      <w:tr w:rsidR="00EF5BCD" w14:paraId="49AB98E9" w14:textId="77777777">
        <w:trPr>
          <w:jc w:val="center"/>
        </w:trPr>
        <w:tc>
          <w:tcPr>
            <w:tcW w:w="4561" w:type="dxa"/>
          </w:tcPr>
          <w:p w14:paraId="74DFC5F4" w14:textId="77777777" w:rsidR="00EF5BCD" w:rsidRDefault="00000000">
            <w:r>
              <w:rPr>
                <w:b/>
              </w:rPr>
              <w:t>Ana Dal</w:t>
            </w:r>
          </w:p>
        </w:tc>
        <w:tc>
          <w:tcPr>
            <w:tcW w:w="4561" w:type="dxa"/>
          </w:tcPr>
          <w:p w14:paraId="47BA1B06" w14:textId="77777777" w:rsidR="00EF5BCD" w:rsidRDefault="00000000">
            <w:r>
              <w:t>[main / master / vb.]</w:t>
            </w:r>
          </w:p>
        </w:tc>
      </w:tr>
      <w:tr w:rsidR="00EF5BCD" w14:paraId="1EBB4977" w14:textId="77777777">
        <w:trPr>
          <w:jc w:val="center"/>
        </w:trPr>
        <w:tc>
          <w:tcPr>
            <w:tcW w:w="4561" w:type="dxa"/>
          </w:tcPr>
          <w:p w14:paraId="5715F36B" w14:textId="77777777" w:rsidR="00EF5BCD" w:rsidRDefault="00000000">
            <w:r>
              <w:rPr>
                <w:b/>
              </w:rPr>
              <w:t>Sürüm/Etiket</w:t>
            </w:r>
          </w:p>
        </w:tc>
        <w:tc>
          <w:tcPr>
            <w:tcW w:w="4561" w:type="dxa"/>
          </w:tcPr>
          <w:p w14:paraId="0028225F" w14:textId="77777777" w:rsidR="00EF5BCD" w:rsidRDefault="00000000">
            <w:r>
              <w:t>[v1.0 / commit hash / teslim sürümü]</w:t>
            </w:r>
          </w:p>
        </w:tc>
      </w:tr>
    </w:tbl>
    <w:p w14:paraId="11FE217E" w14:textId="77777777" w:rsidR="00EF5BCD" w:rsidRDefault="00000000">
      <w:pPr>
        <w:pStyle w:val="Heading2"/>
      </w:pPr>
      <w:r>
        <w:t>2.6. Test ve Doğrulama Yöntemi</w:t>
      </w:r>
    </w:p>
    <w:tbl>
      <w:tblPr>
        <w:tblW w:w="0" w:type="auto"/>
        <w:jc w:val="center"/>
        <w:tblLayout w:type="fixed"/>
        <w:tblLook w:val="04A0" w:firstRow="1" w:lastRow="0" w:firstColumn="1" w:lastColumn="0" w:noHBand="0" w:noVBand="1"/>
      </w:tblPr>
      <w:tblGrid>
        <w:gridCol w:w="8901"/>
      </w:tblGrid>
      <w:tr w:rsidR="00EF5BCD" w14:paraId="043C0B4C"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5D5796AB" w14:textId="77777777" w:rsidR="00EF5BCD" w:rsidRDefault="00000000">
            <w:pPr>
              <w:spacing w:after="0"/>
            </w:pPr>
            <w:r>
              <w:rPr>
                <w:i/>
                <w:color w:val="505050"/>
                <w:sz w:val="20"/>
              </w:rPr>
              <w:t>Çıktıların doğru çalıştığını nasıl sınadığınızı belirtiniz. Birim, entegrasyon, kullanıcı, performans veya doğruluk testlerinden projeye uygun olanları açıklayınız; metrikleri tanımlayınız.</w:t>
            </w:r>
          </w:p>
        </w:tc>
      </w:tr>
    </w:tbl>
    <w:p w14:paraId="0E8A08AD" w14:textId="77777777" w:rsidR="00EF5BCD" w:rsidRDefault="00000000">
      <w:pPr>
        <w:spacing w:after="360" w:line="276" w:lineRule="auto"/>
        <w:jc w:val="left"/>
      </w:pPr>
      <w:r>
        <w:rPr>
          <w:i/>
          <w:color w:val="787878"/>
        </w:rPr>
        <w:t>[Test/doğrulama yaklaşımı...]</w:t>
      </w:r>
    </w:p>
    <w:p w14:paraId="607B92D0" w14:textId="77777777" w:rsidR="00EF5BCD" w:rsidRDefault="00000000">
      <w:r>
        <w:br w:type="page"/>
      </w:r>
    </w:p>
    <w:p w14:paraId="7FBC17B7" w14:textId="77777777" w:rsidR="00EF5BCD" w:rsidRDefault="00000000">
      <w:pPr>
        <w:pStyle w:val="Heading1"/>
      </w:pPr>
      <w:r>
        <w:lastRenderedPageBreak/>
        <w:t>3. BULGULAR</w:t>
      </w:r>
    </w:p>
    <w:tbl>
      <w:tblPr>
        <w:tblW w:w="0" w:type="auto"/>
        <w:jc w:val="center"/>
        <w:tblLayout w:type="fixed"/>
        <w:tblLook w:val="04A0" w:firstRow="1" w:lastRow="0" w:firstColumn="1" w:lastColumn="0" w:noHBand="0" w:noVBand="1"/>
      </w:tblPr>
      <w:tblGrid>
        <w:gridCol w:w="8901"/>
      </w:tblGrid>
      <w:tr w:rsidR="00EF5BCD" w14:paraId="493C99AF"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6DE6C5BB" w14:textId="77777777" w:rsidR="00EF5BCD" w:rsidRDefault="00000000">
            <w:pPr>
              <w:spacing w:after="0"/>
            </w:pPr>
            <w:r>
              <w:rPr>
                <w:i/>
                <w:color w:val="505050"/>
                <w:sz w:val="20"/>
              </w:rPr>
              <w:t>Yöntemin uygulanması sonucunda elde edilen çıktıları nesnel biçimde sununuz. Yorum ve karşılaştırmaları gerekli ölçüde yapabilirsiniz; ayrıntılı değerlendirmeyi Sonuç ve Tartışma bölümünde tamamlayınız.</w:t>
            </w:r>
          </w:p>
        </w:tc>
      </w:tr>
    </w:tbl>
    <w:p w14:paraId="34E0A711" w14:textId="77777777" w:rsidR="00EF5BCD" w:rsidRDefault="00000000">
      <w:pPr>
        <w:pStyle w:val="Heading2"/>
      </w:pPr>
      <w:r>
        <w:t>3.1. Geliştirilen Proje Çıktıları</w:t>
      </w:r>
    </w:p>
    <w:tbl>
      <w:tblPr>
        <w:tblW w:w="0" w:type="auto"/>
        <w:jc w:val="center"/>
        <w:tblLayout w:type="fixed"/>
        <w:tblLook w:val="04A0" w:firstRow="1" w:lastRow="0" w:firstColumn="1" w:lastColumn="0" w:noHBand="0" w:noVBand="1"/>
      </w:tblPr>
      <w:tblGrid>
        <w:gridCol w:w="8901"/>
      </w:tblGrid>
      <w:tr w:rsidR="00EF5BCD" w14:paraId="2EB19812"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2975FE82" w14:textId="77777777" w:rsidR="00EF5BCD" w:rsidRDefault="00000000">
            <w:pPr>
              <w:spacing w:after="0"/>
            </w:pPr>
            <w:r>
              <w:rPr>
                <w:i/>
                <w:color w:val="505050"/>
                <w:sz w:val="20"/>
              </w:rPr>
              <w:t>Geliştirilen modülleri, özellikleri, ekranları, modelleri, donanım bileşenlerini veya diğer somut çıktıları açıklayınız.</w:t>
            </w:r>
          </w:p>
        </w:tc>
      </w:tr>
    </w:tbl>
    <w:p w14:paraId="6E23B205" w14:textId="77777777" w:rsidR="00EF5BCD" w:rsidRDefault="00000000">
      <w:pPr>
        <w:spacing w:after="560" w:line="276" w:lineRule="auto"/>
        <w:jc w:val="left"/>
      </w:pPr>
      <w:r>
        <w:rPr>
          <w:i/>
          <w:color w:val="787878"/>
        </w:rPr>
        <w:t>[Geliştirilen çıktılar...]</w:t>
      </w:r>
    </w:p>
    <w:tbl>
      <w:tblPr>
        <w:tblW w:w="0" w:type="auto"/>
        <w:jc w:val="center"/>
        <w:tblLayout w:type="fixed"/>
        <w:tblLook w:val="04A0" w:firstRow="1" w:lastRow="0" w:firstColumn="1" w:lastColumn="0" w:noHBand="0" w:noVBand="1"/>
      </w:tblPr>
      <w:tblGrid>
        <w:gridCol w:w="8220"/>
      </w:tblGrid>
      <w:tr w:rsidR="00EF5BCD" w14:paraId="17E102E6" w14:textId="77777777">
        <w:trPr>
          <w:jc w:val="center"/>
        </w:trPr>
        <w:tc>
          <w:tcPr>
            <w:tcW w:w="8220" w:type="dxa"/>
            <w:tcBorders>
              <w:top w:val="single" w:sz="8" w:space="0" w:color="AAAAAA"/>
              <w:left w:val="single" w:sz="8" w:space="0" w:color="AAAAAA"/>
              <w:bottom w:val="single" w:sz="8" w:space="0" w:color="AAAAAA"/>
              <w:right w:val="single" w:sz="8" w:space="0" w:color="AAAAAA"/>
            </w:tcBorders>
            <w:shd w:val="clear" w:color="auto" w:fill="FAFAFA"/>
            <w:vAlign w:val="center"/>
          </w:tcPr>
          <w:p w14:paraId="6A714E98" w14:textId="77777777" w:rsidR="00EF5BCD" w:rsidRDefault="00000000">
            <w:pPr>
              <w:spacing w:before="440" w:after="440"/>
              <w:jc w:val="center"/>
            </w:pPr>
            <w:r>
              <w:rPr>
                <w:color w:val="828282"/>
                <w:sz w:val="20"/>
              </w:rPr>
              <w:t>[ŞEKİL / EKRAN GÖRÜNTÜSÜ / DİYAGRAM ALANI]</w:t>
            </w:r>
          </w:p>
        </w:tc>
      </w:tr>
    </w:tbl>
    <w:p w14:paraId="2E38F7B0" w14:textId="77777777" w:rsidR="00EF5BCD" w:rsidRDefault="00000000">
      <w:pPr>
        <w:pStyle w:val="Caption"/>
        <w:jc w:val="center"/>
      </w:pPr>
      <w:r>
        <w:t>Şekil 3. [Geliştirilen sistemden örnek çıktı]</w:t>
      </w:r>
    </w:p>
    <w:p w14:paraId="5A82F560" w14:textId="77777777" w:rsidR="00EF5BCD" w:rsidRDefault="00000000">
      <w:pPr>
        <w:pStyle w:val="Heading2"/>
      </w:pPr>
      <w:r>
        <w:t>3.2. Test / Deney Sonuçları</w:t>
      </w:r>
    </w:p>
    <w:tbl>
      <w:tblPr>
        <w:tblW w:w="0" w:type="auto"/>
        <w:jc w:val="center"/>
        <w:tblLayout w:type="fixed"/>
        <w:tblLook w:val="04A0" w:firstRow="1" w:lastRow="0" w:firstColumn="1" w:lastColumn="0" w:noHBand="0" w:noVBand="1"/>
      </w:tblPr>
      <w:tblGrid>
        <w:gridCol w:w="8901"/>
      </w:tblGrid>
      <w:tr w:rsidR="00EF5BCD" w14:paraId="0B09F740"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6D0C46EE" w14:textId="77777777" w:rsidR="00EF5BCD" w:rsidRDefault="00000000">
            <w:pPr>
              <w:spacing w:after="0"/>
            </w:pPr>
            <w:r>
              <w:rPr>
                <w:i/>
                <w:color w:val="505050"/>
                <w:sz w:val="20"/>
              </w:rPr>
              <w:t>Test sonuçlarını tablo, grafik veya uygun metriklerle sununuz. Beklenen değerlerle elde edilen değerleri karşılaştırınız.</w:t>
            </w:r>
          </w:p>
        </w:tc>
      </w:tr>
    </w:tbl>
    <w:tbl>
      <w:tblPr>
        <w:tblStyle w:val="TableGrid"/>
        <w:tblW w:w="0" w:type="auto"/>
        <w:jc w:val="center"/>
        <w:tblLook w:val="04A0" w:firstRow="1" w:lastRow="0" w:firstColumn="1" w:lastColumn="0" w:noHBand="0" w:noVBand="1"/>
      </w:tblPr>
      <w:tblGrid>
        <w:gridCol w:w="2280"/>
        <w:gridCol w:w="2280"/>
        <w:gridCol w:w="2280"/>
        <w:gridCol w:w="2280"/>
      </w:tblGrid>
      <w:tr w:rsidR="00EF5BCD" w14:paraId="51D5E9A2" w14:textId="77777777">
        <w:trPr>
          <w:tblHeader/>
          <w:jc w:val="center"/>
        </w:trPr>
        <w:tc>
          <w:tcPr>
            <w:tcW w:w="2280" w:type="dxa"/>
            <w:shd w:val="clear" w:color="auto" w:fill="E7E6E6"/>
          </w:tcPr>
          <w:p w14:paraId="185EFD30" w14:textId="77777777" w:rsidR="00EF5BCD" w:rsidRDefault="00000000">
            <w:r>
              <w:rPr>
                <w:b/>
              </w:rPr>
              <w:t>Ölçüt</w:t>
            </w:r>
          </w:p>
        </w:tc>
        <w:tc>
          <w:tcPr>
            <w:tcW w:w="2280" w:type="dxa"/>
            <w:shd w:val="clear" w:color="auto" w:fill="E7E6E6"/>
          </w:tcPr>
          <w:p w14:paraId="0F23D0FD" w14:textId="77777777" w:rsidR="00EF5BCD" w:rsidRDefault="00000000">
            <w:r>
              <w:rPr>
                <w:b/>
              </w:rPr>
              <w:t>Beklenen</w:t>
            </w:r>
          </w:p>
        </w:tc>
        <w:tc>
          <w:tcPr>
            <w:tcW w:w="2280" w:type="dxa"/>
            <w:shd w:val="clear" w:color="auto" w:fill="E7E6E6"/>
          </w:tcPr>
          <w:p w14:paraId="6C153660" w14:textId="77777777" w:rsidR="00EF5BCD" w:rsidRDefault="00000000">
            <w:r>
              <w:rPr>
                <w:b/>
              </w:rPr>
              <w:t>Elde Edilen</w:t>
            </w:r>
          </w:p>
        </w:tc>
        <w:tc>
          <w:tcPr>
            <w:tcW w:w="2280" w:type="dxa"/>
            <w:shd w:val="clear" w:color="auto" w:fill="E7E6E6"/>
          </w:tcPr>
          <w:p w14:paraId="04D3F11F" w14:textId="77777777" w:rsidR="00EF5BCD" w:rsidRDefault="00000000">
            <w:r>
              <w:rPr>
                <w:b/>
              </w:rPr>
              <w:t>Açıklama</w:t>
            </w:r>
          </w:p>
        </w:tc>
      </w:tr>
      <w:tr w:rsidR="00EF5BCD" w14:paraId="0D5413BB" w14:textId="77777777">
        <w:trPr>
          <w:jc w:val="center"/>
        </w:trPr>
        <w:tc>
          <w:tcPr>
            <w:tcW w:w="2280" w:type="dxa"/>
          </w:tcPr>
          <w:p w14:paraId="1670CE9C" w14:textId="77777777" w:rsidR="00EF5BCD" w:rsidRDefault="00000000">
            <w:r>
              <w:t>[... ]</w:t>
            </w:r>
          </w:p>
        </w:tc>
        <w:tc>
          <w:tcPr>
            <w:tcW w:w="2280" w:type="dxa"/>
          </w:tcPr>
          <w:p w14:paraId="00B2F996" w14:textId="77777777" w:rsidR="00EF5BCD" w:rsidRDefault="00000000">
            <w:r>
              <w:t>[... ]</w:t>
            </w:r>
          </w:p>
        </w:tc>
        <w:tc>
          <w:tcPr>
            <w:tcW w:w="2280" w:type="dxa"/>
          </w:tcPr>
          <w:p w14:paraId="6D1DAAD5" w14:textId="77777777" w:rsidR="00EF5BCD" w:rsidRDefault="00000000">
            <w:r>
              <w:t>[... ]</w:t>
            </w:r>
          </w:p>
        </w:tc>
        <w:tc>
          <w:tcPr>
            <w:tcW w:w="2280" w:type="dxa"/>
          </w:tcPr>
          <w:p w14:paraId="262FA831" w14:textId="77777777" w:rsidR="00EF5BCD" w:rsidRDefault="00000000">
            <w:r>
              <w:t>[... ]</w:t>
            </w:r>
          </w:p>
        </w:tc>
      </w:tr>
      <w:tr w:rsidR="00EF5BCD" w14:paraId="3447ED11" w14:textId="77777777">
        <w:trPr>
          <w:jc w:val="center"/>
        </w:trPr>
        <w:tc>
          <w:tcPr>
            <w:tcW w:w="2280" w:type="dxa"/>
          </w:tcPr>
          <w:p w14:paraId="6D859BB0" w14:textId="77777777" w:rsidR="00EF5BCD" w:rsidRDefault="00000000">
            <w:r>
              <w:t>[... ]</w:t>
            </w:r>
          </w:p>
        </w:tc>
        <w:tc>
          <w:tcPr>
            <w:tcW w:w="2280" w:type="dxa"/>
          </w:tcPr>
          <w:p w14:paraId="39B295F7" w14:textId="77777777" w:rsidR="00EF5BCD" w:rsidRDefault="00000000">
            <w:r>
              <w:t>[... ]</w:t>
            </w:r>
          </w:p>
        </w:tc>
        <w:tc>
          <w:tcPr>
            <w:tcW w:w="2280" w:type="dxa"/>
          </w:tcPr>
          <w:p w14:paraId="132FF548" w14:textId="77777777" w:rsidR="00EF5BCD" w:rsidRDefault="00000000">
            <w:r>
              <w:t>[... ]</w:t>
            </w:r>
          </w:p>
        </w:tc>
        <w:tc>
          <w:tcPr>
            <w:tcW w:w="2280" w:type="dxa"/>
          </w:tcPr>
          <w:p w14:paraId="31E188C0" w14:textId="77777777" w:rsidR="00EF5BCD" w:rsidRDefault="00000000">
            <w:r>
              <w:t>[... ]</w:t>
            </w:r>
          </w:p>
        </w:tc>
      </w:tr>
      <w:tr w:rsidR="00EF5BCD" w14:paraId="0BD75AEC" w14:textId="77777777">
        <w:trPr>
          <w:jc w:val="center"/>
        </w:trPr>
        <w:tc>
          <w:tcPr>
            <w:tcW w:w="2280" w:type="dxa"/>
          </w:tcPr>
          <w:p w14:paraId="465E6B4F" w14:textId="77777777" w:rsidR="00EF5BCD" w:rsidRDefault="00000000">
            <w:r>
              <w:t>[... ]</w:t>
            </w:r>
          </w:p>
        </w:tc>
        <w:tc>
          <w:tcPr>
            <w:tcW w:w="2280" w:type="dxa"/>
          </w:tcPr>
          <w:p w14:paraId="2F479024" w14:textId="77777777" w:rsidR="00EF5BCD" w:rsidRDefault="00000000">
            <w:r>
              <w:t>[... ]</w:t>
            </w:r>
          </w:p>
        </w:tc>
        <w:tc>
          <w:tcPr>
            <w:tcW w:w="2280" w:type="dxa"/>
          </w:tcPr>
          <w:p w14:paraId="677171C5" w14:textId="77777777" w:rsidR="00EF5BCD" w:rsidRDefault="00000000">
            <w:r>
              <w:t>[... ]</w:t>
            </w:r>
          </w:p>
        </w:tc>
        <w:tc>
          <w:tcPr>
            <w:tcW w:w="2280" w:type="dxa"/>
          </w:tcPr>
          <w:p w14:paraId="0626715B" w14:textId="77777777" w:rsidR="00EF5BCD" w:rsidRDefault="00000000">
            <w:r>
              <w:t>[... ]</w:t>
            </w:r>
          </w:p>
        </w:tc>
      </w:tr>
    </w:tbl>
    <w:p w14:paraId="5FC7BF50" w14:textId="77777777" w:rsidR="00EF5BCD" w:rsidRDefault="00000000">
      <w:pPr>
        <w:pStyle w:val="Caption"/>
        <w:jc w:val="center"/>
      </w:pPr>
      <w:r>
        <w:t>Tablo X. [Tablo başlığı]</w:t>
      </w:r>
    </w:p>
    <w:p w14:paraId="0D034704" w14:textId="77777777" w:rsidR="00EF5BCD" w:rsidRDefault="00000000">
      <w:pPr>
        <w:pStyle w:val="Heading2"/>
      </w:pPr>
      <w:r>
        <w:t>3.3. Amaç-Çıktı Uyumu</w:t>
      </w:r>
    </w:p>
    <w:tbl>
      <w:tblPr>
        <w:tblW w:w="0" w:type="auto"/>
        <w:jc w:val="center"/>
        <w:tblLayout w:type="fixed"/>
        <w:tblLook w:val="04A0" w:firstRow="1" w:lastRow="0" w:firstColumn="1" w:lastColumn="0" w:noHBand="0" w:noVBand="1"/>
      </w:tblPr>
      <w:tblGrid>
        <w:gridCol w:w="8901"/>
      </w:tblGrid>
      <w:tr w:rsidR="00EF5BCD" w14:paraId="0797F11D"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51C82DF5" w14:textId="77777777" w:rsidR="00EF5BCD" w:rsidRDefault="00000000">
            <w:pPr>
              <w:spacing w:after="0"/>
            </w:pPr>
            <w:r>
              <w:rPr>
                <w:i/>
                <w:color w:val="505050"/>
                <w:sz w:val="20"/>
              </w:rPr>
              <w:t>Giriş bölümündeki amaç ve hedeflerin hangilerinin hangi çıktı/bulguyla karşılandığını açıkça gösteriniz. Karşılanmayan hedefler varsa nedenlerini belirtiniz.</w:t>
            </w:r>
          </w:p>
        </w:tc>
      </w:tr>
    </w:tbl>
    <w:tbl>
      <w:tblPr>
        <w:tblStyle w:val="TableGrid"/>
        <w:tblW w:w="0" w:type="auto"/>
        <w:jc w:val="center"/>
        <w:tblLook w:val="04A0" w:firstRow="1" w:lastRow="0" w:firstColumn="1" w:lastColumn="0" w:noHBand="0" w:noVBand="1"/>
      </w:tblPr>
      <w:tblGrid>
        <w:gridCol w:w="2280"/>
        <w:gridCol w:w="2280"/>
        <w:gridCol w:w="2280"/>
        <w:gridCol w:w="2280"/>
      </w:tblGrid>
      <w:tr w:rsidR="00EF5BCD" w14:paraId="08D91F8E" w14:textId="77777777">
        <w:trPr>
          <w:jc w:val="center"/>
        </w:trPr>
        <w:tc>
          <w:tcPr>
            <w:tcW w:w="2280" w:type="dxa"/>
            <w:shd w:val="clear" w:color="auto" w:fill="E7E6E6"/>
          </w:tcPr>
          <w:p w14:paraId="6B09A898" w14:textId="77777777" w:rsidR="00EF5BCD" w:rsidRDefault="00000000">
            <w:r>
              <w:rPr>
                <w:b/>
              </w:rPr>
              <w:t>Amaç/Hedef</w:t>
            </w:r>
          </w:p>
        </w:tc>
        <w:tc>
          <w:tcPr>
            <w:tcW w:w="2280" w:type="dxa"/>
            <w:shd w:val="clear" w:color="auto" w:fill="E7E6E6"/>
          </w:tcPr>
          <w:p w14:paraId="6C95BEDC" w14:textId="77777777" w:rsidR="00EF5BCD" w:rsidRDefault="00000000">
            <w:r>
              <w:rPr>
                <w:b/>
              </w:rPr>
              <w:t>İlgili Çıktı/Bulgu</w:t>
            </w:r>
          </w:p>
        </w:tc>
        <w:tc>
          <w:tcPr>
            <w:tcW w:w="2280" w:type="dxa"/>
            <w:shd w:val="clear" w:color="auto" w:fill="E7E6E6"/>
          </w:tcPr>
          <w:p w14:paraId="47C7F0A3" w14:textId="77777777" w:rsidR="00EF5BCD" w:rsidRDefault="00000000">
            <w:r>
              <w:rPr>
                <w:b/>
              </w:rPr>
              <w:t>Durum</w:t>
            </w:r>
          </w:p>
        </w:tc>
        <w:tc>
          <w:tcPr>
            <w:tcW w:w="2280" w:type="dxa"/>
            <w:shd w:val="clear" w:color="auto" w:fill="E7E6E6"/>
          </w:tcPr>
          <w:p w14:paraId="5C677AA6" w14:textId="77777777" w:rsidR="00EF5BCD" w:rsidRDefault="00000000">
            <w:r>
              <w:rPr>
                <w:b/>
              </w:rPr>
              <w:t>Kanıt/Referans</w:t>
            </w:r>
          </w:p>
        </w:tc>
      </w:tr>
      <w:tr w:rsidR="00EF5BCD" w14:paraId="58D31007" w14:textId="77777777">
        <w:trPr>
          <w:jc w:val="center"/>
        </w:trPr>
        <w:tc>
          <w:tcPr>
            <w:tcW w:w="2280" w:type="dxa"/>
          </w:tcPr>
          <w:p w14:paraId="0C9C379F" w14:textId="77777777" w:rsidR="00EF5BCD" w:rsidRDefault="00000000">
            <w:r>
              <w:t>[...]</w:t>
            </w:r>
          </w:p>
        </w:tc>
        <w:tc>
          <w:tcPr>
            <w:tcW w:w="2280" w:type="dxa"/>
          </w:tcPr>
          <w:p w14:paraId="600E889B" w14:textId="77777777" w:rsidR="00EF5BCD" w:rsidRDefault="00000000">
            <w:r>
              <w:t>[...]</w:t>
            </w:r>
          </w:p>
        </w:tc>
        <w:tc>
          <w:tcPr>
            <w:tcW w:w="2280" w:type="dxa"/>
          </w:tcPr>
          <w:p w14:paraId="289B84D7" w14:textId="77777777" w:rsidR="00EF5BCD" w:rsidRDefault="00000000">
            <w:r>
              <w:t>[...]</w:t>
            </w:r>
          </w:p>
        </w:tc>
        <w:tc>
          <w:tcPr>
            <w:tcW w:w="2280" w:type="dxa"/>
          </w:tcPr>
          <w:p w14:paraId="71440079" w14:textId="77777777" w:rsidR="00EF5BCD" w:rsidRDefault="00000000">
            <w:r>
              <w:t>[...]</w:t>
            </w:r>
          </w:p>
        </w:tc>
      </w:tr>
      <w:tr w:rsidR="00EF5BCD" w14:paraId="5CBF28D7" w14:textId="77777777">
        <w:trPr>
          <w:jc w:val="center"/>
        </w:trPr>
        <w:tc>
          <w:tcPr>
            <w:tcW w:w="2280" w:type="dxa"/>
          </w:tcPr>
          <w:p w14:paraId="341AAFF0" w14:textId="77777777" w:rsidR="00EF5BCD" w:rsidRDefault="00000000">
            <w:r>
              <w:lastRenderedPageBreak/>
              <w:t>[...]</w:t>
            </w:r>
          </w:p>
        </w:tc>
        <w:tc>
          <w:tcPr>
            <w:tcW w:w="2280" w:type="dxa"/>
          </w:tcPr>
          <w:p w14:paraId="7EDC6A64" w14:textId="77777777" w:rsidR="00EF5BCD" w:rsidRDefault="00000000">
            <w:r>
              <w:t>[...]</w:t>
            </w:r>
          </w:p>
        </w:tc>
        <w:tc>
          <w:tcPr>
            <w:tcW w:w="2280" w:type="dxa"/>
          </w:tcPr>
          <w:p w14:paraId="68EA8738" w14:textId="77777777" w:rsidR="00EF5BCD" w:rsidRDefault="00000000">
            <w:r>
              <w:t>[...]</w:t>
            </w:r>
          </w:p>
        </w:tc>
        <w:tc>
          <w:tcPr>
            <w:tcW w:w="2280" w:type="dxa"/>
          </w:tcPr>
          <w:p w14:paraId="08526A28" w14:textId="77777777" w:rsidR="00EF5BCD" w:rsidRDefault="00000000">
            <w:r>
              <w:t>[...]</w:t>
            </w:r>
          </w:p>
        </w:tc>
      </w:tr>
      <w:tr w:rsidR="00EF5BCD" w14:paraId="5C6A81AA" w14:textId="77777777">
        <w:trPr>
          <w:jc w:val="center"/>
        </w:trPr>
        <w:tc>
          <w:tcPr>
            <w:tcW w:w="2280" w:type="dxa"/>
          </w:tcPr>
          <w:p w14:paraId="2C8EB5AB" w14:textId="77777777" w:rsidR="00EF5BCD" w:rsidRDefault="00000000">
            <w:r>
              <w:t>[...]</w:t>
            </w:r>
          </w:p>
        </w:tc>
        <w:tc>
          <w:tcPr>
            <w:tcW w:w="2280" w:type="dxa"/>
          </w:tcPr>
          <w:p w14:paraId="79DC3ABB" w14:textId="77777777" w:rsidR="00EF5BCD" w:rsidRDefault="00000000">
            <w:r>
              <w:t>[...]</w:t>
            </w:r>
          </w:p>
        </w:tc>
        <w:tc>
          <w:tcPr>
            <w:tcW w:w="2280" w:type="dxa"/>
          </w:tcPr>
          <w:p w14:paraId="10C6216E" w14:textId="77777777" w:rsidR="00EF5BCD" w:rsidRDefault="00000000">
            <w:r>
              <w:t>[...]</w:t>
            </w:r>
          </w:p>
        </w:tc>
        <w:tc>
          <w:tcPr>
            <w:tcW w:w="2280" w:type="dxa"/>
          </w:tcPr>
          <w:p w14:paraId="1BFD386D" w14:textId="77777777" w:rsidR="00EF5BCD" w:rsidRDefault="00000000">
            <w:r>
              <w:t>[...]</w:t>
            </w:r>
          </w:p>
        </w:tc>
      </w:tr>
    </w:tbl>
    <w:p w14:paraId="7CFD4F50" w14:textId="77777777" w:rsidR="00EF5BCD" w:rsidRDefault="00000000">
      <w:pPr>
        <w:pStyle w:val="Heading2"/>
      </w:pPr>
      <w:r>
        <w:t>3.4. Ek Bulgular / Performans / Karşılaştırmalar</w:t>
      </w:r>
    </w:p>
    <w:tbl>
      <w:tblPr>
        <w:tblW w:w="0" w:type="auto"/>
        <w:jc w:val="center"/>
        <w:tblLayout w:type="fixed"/>
        <w:tblLook w:val="04A0" w:firstRow="1" w:lastRow="0" w:firstColumn="1" w:lastColumn="0" w:noHBand="0" w:noVBand="1"/>
      </w:tblPr>
      <w:tblGrid>
        <w:gridCol w:w="8901"/>
      </w:tblGrid>
      <w:tr w:rsidR="00EF5BCD" w14:paraId="416D412D"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1CD8BA3C" w14:textId="77777777" w:rsidR="00EF5BCD" w:rsidRDefault="00000000">
            <w:pPr>
              <w:spacing w:after="0"/>
            </w:pPr>
            <w:r>
              <w:rPr>
                <w:i/>
                <w:color w:val="505050"/>
                <w:sz w:val="20"/>
              </w:rPr>
              <w:t>Projenin türüne göre performans ölçümleri, doğruluk değerleri, kullanıcı değerlendirmeleri, karşılaştırmalar veya ek bulgular burada verilebilir. Gereksizse bu başlığı kaldırabilirsiniz.</w:t>
            </w:r>
          </w:p>
        </w:tc>
      </w:tr>
    </w:tbl>
    <w:p w14:paraId="176A29BA" w14:textId="77777777" w:rsidR="00EF5BCD" w:rsidRDefault="00000000">
      <w:pPr>
        <w:spacing w:after="360" w:line="276" w:lineRule="auto"/>
        <w:jc w:val="left"/>
      </w:pPr>
      <w:r>
        <w:rPr>
          <w:i/>
          <w:color w:val="787878"/>
        </w:rPr>
        <w:t>[Ek bulgular...]</w:t>
      </w:r>
    </w:p>
    <w:p w14:paraId="5ECF77E5" w14:textId="77777777" w:rsidR="00EF5BCD" w:rsidRDefault="00000000">
      <w:r>
        <w:br w:type="page"/>
      </w:r>
    </w:p>
    <w:p w14:paraId="5837764A" w14:textId="77777777" w:rsidR="00EF5BCD" w:rsidRDefault="00000000">
      <w:pPr>
        <w:pStyle w:val="Heading1"/>
      </w:pPr>
      <w:r>
        <w:lastRenderedPageBreak/>
        <w:t>4. SONUÇ VE TARTIŞMA</w:t>
      </w:r>
    </w:p>
    <w:tbl>
      <w:tblPr>
        <w:tblW w:w="0" w:type="auto"/>
        <w:jc w:val="center"/>
        <w:tblLayout w:type="fixed"/>
        <w:tblLook w:val="04A0" w:firstRow="1" w:lastRow="0" w:firstColumn="1" w:lastColumn="0" w:noHBand="0" w:noVBand="1"/>
      </w:tblPr>
      <w:tblGrid>
        <w:gridCol w:w="8901"/>
      </w:tblGrid>
      <w:tr w:rsidR="00EF5BCD" w14:paraId="414F536E"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62C1D683" w14:textId="77777777" w:rsidR="00EF5BCD" w:rsidRDefault="00000000">
            <w:pPr>
              <w:spacing w:after="0"/>
            </w:pPr>
            <w:r>
              <w:rPr>
                <w:i/>
                <w:color w:val="505050"/>
                <w:sz w:val="20"/>
              </w:rPr>
              <w:t>Çalışmanın temel sonuçlarını tekrarlamakla yetinmeyiniz; sonuçların ne anlama geldiğini, amaçlara ne ölçüde ulaşıldığını, güçlü/zayıf yönleri ve literatür/benzer çözümlerle ilişkisini tartışınız.</w:t>
            </w:r>
          </w:p>
        </w:tc>
      </w:tr>
    </w:tbl>
    <w:p w14:paraId="1B4075C2" w14:textId="77777777" w:rsidR="00EF5BCD" w:rsidRDefault="00000000">
      <w:pPr>
        <w:pStyle w:val="Heading2"/>
      </w:pPr>
      <w:r>
        <w:t>4.1. Genel Sonuçlar</w:t>
      </w:r>
    </w:p>
    <w:p w14:paraId="12F2624E" w14:textId="77777777" w:rsidR="00EF5BCD" w:rsidRDefault="00000000">
      <w:pPr>
        <w:spacing w:after="560" w:line="276" w:lineRule="auto"/>
        <w:jc w:val="left"/>
      </w:pPr>
      <w:r>
        <w:rPr>
          <w:i/>
          <w:color w:val="787878"/>
        </w:rPr>
        <w:t>[Elde edilen temel sonuçlar...]</w:t>
      </w:r>
    </w:p>
    <w:p w14:paraId="77B2011B" w14:textId="77777777" w:rsidR="00EF5BCD" w:rsidRDefault="00000000">
      <w:pPr>
        <w:pStyle w:val="Heading2"/>
      </w:pPr>
      <w:r>
        <w:t>4.2. Sonuçların Tartışılması</w:t>
      </w:r>
    </w:p>
    <w:tbl>
      <w:tblPr>
        <w:tblW w:w="0" w:type="auto"/>
        <w:jc w:val="center"/>
        <w:tblLayout w:type="fixed"/>
        <w:tblLook w:val="04A0" w:firstRow="1" w:lastRow="0" w:firstColumn="1" w:lastColumn="0" w:noHBand="0" w:noVBand="1"/>
      </w:tblPr>
      <w:tblGrid>
        <w:gridCol w:w="8901"/>
      </w:tblGrid>
      <w:tr w:rsidR="00EF5BCD" w14:paraId="1B419887"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02E1608C" w14:textId="77777777" w:rsidR="00EF5BCD" w:rsidRDefault="00000000">
            <w:pPr>
              <w:spacing w:after="0"/>
            </w:pPr>
            <w:r>
              <w:rPr>
                <w:i/>
                <w:color w:val="505050"/>
                <w:sz w:val="20"/>
              </w:rPr>
              <w:t>Bulguları projenin amacı, seçilen yöntem ve literatürdeki/benzer sistemlerdeki yaklaşımlar açısından yorumlayınız. Beklenmeyen sonuçları ve olası nedenlerini açıklayınız.</w:t>
            </w:r>
          </w:p>
        </w:tc>
      </w:tr>
    </w:tbl>
    <w:p w14:paraId="3E853954" w14:textId="77777777" w:rsidR="00EF5BCD" w:rsidRDefault="00000000">
      <w:pPr>
        <w:spacing w:after="560" w:line="276" w:lineRule="auto"/>
        <w:jc w:val="left"/>
      </w:pPr>
      <w:r>
        <w:rPr>
          <w:i/>
          <w:color w:val="787878"/>
        </w:rPr>
        <w:t>[Tartışma...]</w:t>
      </w:r>
    </w:p>
    <w:p w14:paraId="17F52489" w14:textId="77777777" w:rsidR="00EF5BCD" w:rsidRDefault="00000000">
      <w:pPr>
        <w:pStyle w:val="Heading2"/>
      </w:pPr>
      <w:r>
        <w:t>4.3. Sınırlılıklar</w:t>
      </w:r>
    </w:p>
    <w:p w14:paraId="32874727" w14:textId="77777777" w:rsidR="00EF5BCD" w:rsidRDefault="00000000">
      <w:pPr>
        <w:spacing w:after="360" w:line="276" w:lineRule="auto"/>
        <w:jc w:val="left"/>
      </w:pPr>
      <w:r>
        <w:rPr>
          <w:i/>
          <w:color w:val="787878"/>
        </w:rPr>
        <w:t>[Teknik, veri, zaman, kaynak veya kapsam sınırlılıkları...]</w:t>
      </w:r>
    </w:p>
    <w:p w14:paraId="0AC18388" w14:textId="77777777" w:rsidR="00EF5BCD" w:rsidRDefault="00000000">
      <w:pPr>
        <w:pStyle w:val="Heading2"/>
      </w:pPr>
      <w:r>
        <w:t>4.4. Gelecek Çalışmalar</w:t>
      </w:r>
    </w:p>
    <w:p w14:paraId="3CDF9C26" w14:textId="77777777" w:rsidR="00EF5BCD" w:rsidRDefault="00000000">
      <w:pPr>
        <w:spacing w:after="360" w:line="276" w:lineRule="auto"/>
        <w:jc w:val="left"/>
      </w:pPr>
      <w:r>
        <w:rPr>
          <w:i/>
          <w:color w:val="787878"/>
        </w:rPr>
        <w:t>[Geliştirme önerileri ve sonraki adımlar...]</w:t>
      </w:r>
    </w:p>
    <w:p w14:paraId="697629EE" w14:textId="77777777" w:rsidR="00EF5BCD" w:rsidRDefault="00000000">
      <w:pPr>
        <w:pStyle w:val="Heading2"/>
      </w:pPr>
      <w:r>
        <w:t>4.5. Nihai Amaç-Çıktı Değerlendirmesi</w:t>
      </w:r>
    </w:p>
    <w:tbl>
      <w:tblPr>
        <w:tblW w:w="0" w:type="auto"/>
        <w:jc w:val="center"/>
        <w:tblLayout w:type="fixed"/>
        <w:tblLook w:val="04A0" w:firstRow="1" w:lastRow="0" w:firstColumn="1" w:lastColumn="0" w:noHBand="0" w:noVBand="1"/>
      </w:tblPr>
      <w:tblGrid>
        <w:gridCol w:w="8901"/>
      </w:tblGrid>
      <w:tr w:rsidR="00EF5BCD" w14:paraId="53805C6F"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75337E47" w14:textId="77777777" w:rsidR="00EF5BCD" w:rsidRDefault="00000000">
            <w:pPr>
              <w:spacing w:after="0"/>
            </w:pPr>
            <w:r>
              <w:rPr>
                <w:i/>
                <w:color w:val="505050"/>
                <w:sz w:val="20"/>
              </w:rPr>
              <w:t>Proje başlangıcında belirlenen amaçların hangi düzeyde karşılandığını kısa ve net biçimde sonuçlandırınız.</w:t>
            </w:r>
          </w:p>
        </w:tc>
      </w:tr>
    </w:tbl>
    <w:p w14:paraId="7E66E4DD" w14:textId="77777777" w:rsidR="00EF5BCD" w:rsidRDefault="00000000">
      <w:pPr>
        <w:spacing w:after="360" w:line="276" w:lineRule="auto"/>
        <w:jc w:val="left"/>
      </w:pPr>
      <w:r>
        <w:rPr>
          <w:i/>
          <w:color w:val="787878"/>
        </w:rPr>
        <w:t>[Amaç-çıktı uyumuna ilişkin nihai değerlendirme...]</w:t>
      </w:r>
    </w:p>
    <w:p w14:paraId="4C66EA9F" w14:textId="77777777" w:rsidR="00EF5BCD" w:rsidRDefault="00000000">
      <w:r>
        <w:br w:type="page"/>
      </w:r>
    </w:p>
    <w:p w14:paraId="2343A4D0" w14:textId="77777777" w:rsidR="00EF5BCD" w:rsidRDefault="00000000">
      <w:pPr>
        <w:pStyle w:val="Heading1"/>
      </w:pPr>
      <w:r>
        <w:lastRenderedPageBreak/>
        <w:t>KAYNAKÇA</w:t>
      </w:r>
    </w:p>
    <w:tbl>
      <w:tblPr>
        <w:tblW w:w="0" w:type="auto"/>
        <w:jc w:val="center"/>
        <w:tblLayout w:type="fixed"/>
        <w:tblLook w:val="04A0" w:firstRow="1" w:lastRow="0" w:firstColumn="1" w:lastColumn="0" w:noHBand="0" w:noVBand="1"/>
      </w:tblPr>
      <w:tblGrid>
        <w:gridCol w:w="8901"/>
      </w:tblGrid>
      <w:tr w:rsidR="00EF5BCD" w14:paraId="7CE88E87"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75168B3D" w14:textId="77777777" w:rsidR="00EF5BCD" w:rsidRDefault="00000000">
            <w:pPr>
              <w:spacing w:after="0"/>
            </w:pPr>
            <w:r>
              <w:rPr>
                <w:i/>
                <w:color w:val="505050"/>
                <w:sz w:val="20"/>
              </w:rPr>
              <w:t>Bölümünüzün/öğretim elemanının istediği atıf stilini kullanınız ve metin içindeki tüm kaynaklarla kaynakça listesinin karşılıklı olarak eşleştiğini kontrol ediniz. Aşağıdaki kayıtlar yalnızca biçim örneğidir; teslimden önce siliniz.</w:t>
            </w:r>
          </w:p>
        </w:tc>
      </w:tr>
    </w:tbl>
    <w:p w14:paraId="00B0DC7D" w14:textId="77777777" w:rsidR="00EF5BCD" w:rsidRDefault="00000000">
      <w:pPr>
        <w:ind w:left="283"/>
      </w:pPr>
      <w:r>
        <w:t>[1] Yazar Soyadı, A. A. (Yıl). Makale başlığı. Dergi Adı, cilt(sayı), sayfalar.</w:t>
      </w:r>
    </w:p>
    <w:p w14:paraId="1C075C3D" w14:textId="77777777" w:rsidR="00EF5BCD" w:rsidRDefault="00000000">
      <w:pPr>
        <w:ind w:left="283"/>
      </w:pPr>
      <w:r>
        <w:t>[2] Yazar Soyadı, A. A. (Yıl). Kitap Adı. Yayınevi.</w:t>
      </w:r>
    </w:p>
    <w:p w14:paraId="616A45CF" w14:textId="77777777" w:rsidR="00EF5BCD" w:rsidRDefault="00000000">
      <w:pPr>
        <w:ind w:left="283"/>
      </w:pPr>
      <w:r>
        <w:t>[3] Kurum/Yazar. (Yıl). Web sayfası veya doküman başlığı. Erişim tarihi: [gg.aa.yyyy].</w:t>
      </w:r>
    </w:p>
    <w:p w14:paraId="4504FDA3" w14:textId="77777777" w:rsidR="00EF5BCD" w:rsidRDefault="00000000">
      <w:r>
        <w:br w:type="page"/>
      </w:r>
    </w:p>
    <w:p w14:paraId="6B8339DE" w14:textId="77777777" w:rsidR="00EF5BCD" w:rsidRDefault="00000000">
      <w:pPr>
        <w:pStyle w:val="Heading1"/>
      </w:pPr>
      <w:r>
        <w:lastRenderedPageBreak/>
        <w:t>EKLER</w:t>
      </w:r>
    </w:p>
    <w:tbl>
      <w:tblPr>
        <w:tblW w:w="0" w:type="auto"/>
        <w:jc w:val="center"/>
        <w:tblLayout w:type="fixed"/>
        <w:tblLook w:val="04A0" w:firstRow="1" w:lastRow="0" w:firstColumn="1" w:lastColumn="0" w:noHBand="0" w:noVBand="1"/>
      </w:tblPr>
      <w:tblGrid>
        <w:gridCol w:w="8901"/>
      </w:tblGrid>
      <w:tr w:rsidR="00EF5BCD" w14:paraId="28C9CD9F" w14:textId="77777777">
        <w:trPr>
          <w:cantSplit/>
          <w:jc w:val="center"/>
        </w:trPr>
        <w:tc>
          <w:tcPr>
            <w:tcW w:w="8901" w:type="dxa"/>
            <w:tcBorders>
              <w:top w:val="single" w:sz="6" w:space="0" w:color="D0D0D0"/>
              <w:left w:val="single" w:sz="6" w:space="0" w:color="D0D0D0"/>
              <w:bottom w:val="single" w:sz="6" w:space="0" w:color="D0D0D0"/>
              <w:right w:val="single" w:sz="6" w:space="0" w:color="D0D0D0"/>
            </w:tcBorders>
            <w:shd w:val="clear" w:color="auto" w:fill="F2F2F2"/>
            <w:tcMar>
              <w:top w:w="120" w:type="dxa"/>
              <w:left w:w="160" w:type="dxa"/>
              <w:bottom w:w="120" w:type="dxa"/>
              <w:right w:w="160" w:type="dxa"/>
            </w:tcMar>
          </w:tcPr>
          <w:p w14:paraId="244FE9D1" w14:textId="77777777" w:rsidR="00EF5BCD" w:rsidRDefault="00000000">
            <w:pPr>
              <w:spacing w:after="0"/>
            </w:pPr>
            <w:r>
              <w:rPr>
                <w:i/>
                <w:color w:val="505050"/>
                <w:sz w:val="20"/>
              </w:rPr>
              <w:t>Ana metnin akışını bozacak uzun tablolar, ayrıntılı test çıktıları, anketler, ek ekran görüntüleri, yapılandırma dosyaları veya benzeri destekleyici materyalleri eklerde veriniz.</w:t>
            </w:r>
          </w:p>
        </w:tc>
      </w:tr>
    </w:tbl>
    <w:p w14:paraId="60E2064E" w14:textId="77777777" w:rsidR="00EF5BCD" w:rsidRDefault="00000000">
      <w:pPr>
        <w:pStyle w:val="Heading2"/>
      </w:pPr>
      <w:r>
        <w:t>EK A. [Ek Başlığı]</w:t>
      </w:r>
    </w:p>
    <w:p w14:paraId="5A18CB5B" w14:textId="77777777" w:rsidR="00EF5BCD" w:rsidRDefault="00000000">
      <w:pPr>
        <w:spacing w:after="360" w:line="276" w:lineRule="auto"/>
        <w:jc w:val="left"/>
      </w:pPr>
      <w:r>
        <w:rPr>
          <w:i/>
          <w:color w:val="787878"/>
        </w:rPr>
        <w:t>[Ek içeriği...]</w:t>
      </w:r>
    </w:p>
    <w:p w14:paraId="043E46EB" w14:textId="77777777" w:rsidR="00EF5BCD" w:rsidRDefault="00000000">
      <w:pPr>
        <w:pStyle w:val="Heading2"/>
      </w:pPr>
      <w:r>
        <w:t>EK B. [Ek Başlığı]</w:t>
      </w:r>
    </w:p>
    <w:p w14:paraId="64334537" w14:textId="77777777" w:rsidR="00EF5BCD" w:rsidRDefault="00000000">
      <w:pPr>
        <w:spacing w:after="360" w:line="276" w:lineRule="auto"/>
        <w:jc w:val="left"/>
      </w:pPr>
      <w:r>
        <w:rPr>
          <w:i/>
          <w:color w:val="787878"/>
        </w:rPr>
        <w:t>[Ek içeriği...]</w:t>
      </w:r>
    </w:p>
    <w:p w14:paraId="1DF33064" w14:textId="77777777" w:rsidR="00EF5BCD" w:rsidRDefault="00000000">
      <w:pPr>
        <w:pStyle w:val="Heading1"/>
      </w:pPr>
      <w:r>
        <w:t>TESLİM ÖNCESİ KONTROL LİSTESİ</w:t>
      </w:r>
    </w:p>
    <w:p w14:paraId="159424E7" w14:textId="77777777" w:rsidR="00EF5BCD" w:rsidRDefault="00000000">
      <w:pPr>
        <w:ind w:left="283"/>
      </w:pPr>
      <w:r>
        <w:t>☐ Kapak bilgileri ve proje başlığı güncel.</w:t>
      </w:r>
    </w:p>
    <w:p w14:paraId="6F586AB6" w14:textId="77777777" w:rsidR="00EF5BCD" w:rsidRDefault="00000000">
      <w:pPr>
        <w:ind w:left="283"/>
      </w:pPr>
      <w:r>
        <w:t>☐ Şablondaki tüm gri/italik yönlendirme metinleri silindi.</w:t>
      </w:r>
    </w:p>
    <w:p w14:paraId="2E02BC2F" w14:textId="77777777" w:rsidR="00EF5BCD" w:rsidRDefault="00000000">
      <w:pPr>
        <w:ind w:left="283"/>
      </w:pPr>
      <w:r>
        <w:t>☐ Girişte problem, amaç ve literatür taraması açık.</w:t>
      </w:r>
    </w:p>
    <w:p w14:paraId="39FA187D" w14:textId="77777777" w:rsidR="00EF5BCD" w:rsidRDefault="00000000">
      <w:pPr>
        <w:ind w:left="283"/>
      </w:pPr>
      <w:r>
        <w:t>☐ Yenilik/özgünlük veya zor problem gerekçesi belirtilmiş.</w:t>
      </w:r>
    </w:p>
    <w:p w14:paraId="4A8A3CD7" w14:textId="77777777" w:rsidR="00EF5BCD" w:rsidRDefault="00000000">
      <w:pPr>
        <w:ind w:left="283"/>
      </w:pPr>
      <w:r>
        <w:t>☐ Yöntem ve kullanılan teknolojiler yeterli ayrıntıda açıklanmış.</w:t>
      </w:r>
    </w:p>
    <w:p w14:paraId="344CDE3F" w14:textId="77777777" w:rsidR="00EF5BCD" w:rsidRDefault="00000000">
      <w:pPr>
        <w:ind w:left="283"/>
      </w:pPr>
      <w:r>
        <w:t>☐ Bulgular somut kanıt, tablo, şekil veya metriklerle sunulmuş.</w:t>
      </w:r>
    </w:p>
    <w:p w14:paraId="03F6DE13" w14:textId="77777777" w:rsidR="00EF5BCD" w:rsidRDefault="00000000">
      <w:pPr>
        <w:ind w:left="283"/>
      </w:pPr>
      <w:r>
        <w:t>☐ Amaç-çıktı uyumu açıkça gösterilmiş.</w:t>
      </w:r>
    </w:p>
    <w:p w14:paraId="30B22172" w14:textId="77777777" w:rsidR="00EF5BCD" w:rsidRDefault="00000000">
      <w:pPr>
        <w:ind w:left="283"/>
      </w:pPr>
      <w:r>
        <w:t>☐ Sonuç ve Tartışma bölümünde sınırlılıklar ve gelecek çalışmalar ele alınmış.</w:t>
      </w:r>
    </w:p>
    <w:p w14:paraId="3CB9E223" w14:textId="77777777" w:rsidR="00EF5BCD" w:rsidRDefault="00000000">
      <w:pPr>
        <w:ind w:left="283"/>
      </w:pPr>
      <w:r>
        <w:t>☐ Repository bağlantısı doğru ve erişilebilir.</w:t>
      </w:r>
    </w:p>
    <w:p w14:paraId="42253CBF" w14:textId="77777777" w:rsidR="00EF5BCD" w:rsidRDefault="00000000">
      <w:pPr>
        <w:ind w:left="283"/>
      </w:pPr>
      <w:r>
        <w:t>☐ Şekil ve tablolar numaralandırılmış ve metin içinde atıf yapılmış.</w:t>
      </w:r>
    </w:p>
    <w:p w14:paraId="299831AC" w14:textId="77777777" w:rsidR="00EF5BCD" w:rsidRDefault="00000000">
      <w:pPr>
        <w:ind w:left="283"/>
      </w:pPr>
      <w:r>
        <w:t>☐ Metin içi atıflar ile kaynakça eşleşiyor.</w:t>
      </w:r>
    </w:p>
    <w:p w14:paraId="4EB6557F" w14:textId="77777777" w:rsidR="00EF5BCD" w:rsidRDefault="00000000">
      <w:pPr>
        <w:ind w:left="283"/>
      </w:pPr>
      <w:r>
        <w:t>☐ İçindekiler güncellendi ve sayfa numaraları kontrol edildi.</w:t>
      </w:r>
    </w:p>
    <w:sectPr w:rsidR="00EF5BCD" w:rsidSect="00034616">
      <w:headerReference w:type="even" r:id="rId10"/>
      <w:headerReference w:type="default" r:id="rId11"/>
      <w:footerReference w:type="even" r:id="rId12"/>
      <w:footerReference w:type="default" r:id="rId13"/>
      <w:headerReference w:type="first" r:id="rId14"/>
      <w:footerReference w:type="first" r:id="rId15"/>
      <w:pgSz w:w="12240" w:h="15840"/>
      <w:pgMar w:top="1417" w:right="1417" w:bottom="1417"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6B15D" w14:textId="77777777" w:rsidR="00A40F2C" w:rsidRDefault="00A40F2C">
      <w:pPr>
        <w:spacing w:after="0" w:line="240" w:lineRule="auto"/>
      </w:pPr>
      <w:r>
        <w:separator/>
      </w:r>
    </w:p>
  </w:endnote>
  <w:endnote w:type="continuationSeparator" w:id="0">
    <w:p w14:paraId="22B5600B" w14:textId="77777777" w:rsidR="00A40F2C" w:rsidRDefault="00A4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1083" w14:textId="77777777" w:rsidR="00300169" w:rsidRDefault="003001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509C" w14:textId="77777777" w:rsidR="00EF5BCD" w:rsidRDefault="00000000">
    <w:pPr>
      <w:pStyle w:val="Footer"/>
      <w:jc w:val="center"/>
    </w:pPr>
    <w:r>
      <w:fldChar w:fldCharType="begin"/>
    </w:r>
    <w:r>
      <w:instrText xml:space="preserve"> PAGE </w:instrText>
    </w:r>
    <w:r>
      <w:fldChar w:fldCharType="separate"/>
    </w:r>
    <w:r w:rsidR="00056C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1A13" w14:textId="77777777" w:rsidR="00300169" w:rsidRDefault="003001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0C071" w14:textId="77777777" w:rsidR="00A40F2C" w:rsidRDefault="00A40F2C">
      <w:pPr>
        <w:spacing w:after="0" w:line="240" w:lineRule="auto"/>
      </w:pPr>
      <w:r>
        <w:separator/>
      </w:r>
    </w:p>
  </w:footnote>
  <w:footnote w:type="continuationSeparator" w:id="0">
    <w:p w14:paraId="660888C4" w14:textId="77777777" w:rsidR="00A40F2C" w:rsidRDefault="00A40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D234" w14:textId="77777777" w:rsidR="00300169" w:rsidRDefault="003001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1FA3" w14:textId="7256D525" w:rsidR="00056CCB" w:rsidRDefault="00300169" w:rsidP="00F3306C">
    <w:pPr>
      <w:pStyle w:val="Header"/>
      <w:jc w:val="center"/>
      <w:rPr>
        <w:color w:val="646464"/>
        <w:sz w:val="18"/>
      </w:rPr>
    </w:pPr>
    <w:r>
      <w:rPr>
        <w:b/>
        <w:noProof/>
        <w:sz w:val="28"/>
      </w:rPr>
      <w:drawing>
        <wp:anchor distT="0" distB="0" distL="114300" distR="114300" simplePos="0" relativeHeight="251659264" behindDoc="0" locked="0" layoutInCell="1" allowOverlap="1" wp14:anchorId="23883FE7" wp14:editId="00874801">
          <wp:simplePos x="0" y="0"/>
          <wp:positionH relativeFrom="column">
            <wp:posOffset>-470535</wp:posOffset>
          </wp:positionH>
          <wp:positionV relativeFrom="paragraph">
            <wp:posOffset>-138430</wp:posOffset>
          </wp:positionV>
          <wp:extent cx="533400" cy="531085"/>
          <wp:effectExtent l="0" t="0" r="0" b="2540"/>
          <wp:wrapNone/>
          <wp:docPr id="1700792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35239" name="Picture 1238335239"/>
                  <pic:cNvPicPr/>
                </pic:nvPicPr>
                <pic:blipFill>
                  <a:blip r:embed="rId1"/>
                  <a:stretch>
                    <a:fillRect/>
                  </a:stretch>
                </pic:blipFill>
                <pic:spPr>
                  <a:xfrm flipH="1">
                    <a:off x="0" y="0"/>
                    <a:ext cx="533400" cy="531085"/>
                  </a:xfrm>
                  <a:prstGeom prst="rect">
                    <a:avLst/>
                  </a:prstGeom>
                </pic:spPr>
              </pic:pic>
            </a:graphicData>
          </a:graphic>
          <wp14:sizeRelH relativeFrom="margin">
            <wp14:pctWidth>0</wp14:pctWidth>
          </wp14:sizeRelH>
          <wp14:sizeRelV relativeFrom="margin">
            <wp14:pctHeight>0</wp14:pctHeight>
          </wp14:sizeRelV>
        </wp:anchor>
      </w:drawing>
    </w:r>
    <w:r w:rsidR="00F3306C">
      <w:rPr>
        <w:noProof/>
        <w:color w:val="646464"/>
        <w:sz w:val="18"/>
      </w:rPr>
      <w:drawing>
        <wp:anchor distT="0" distB="0" distL="114300" distR="114300" simplePos="0" relativeHeight="251657216" behindDoc="0" locked="0" layoutInCell="1" allowOverlap="1" wp14:anchorId="71E4CBDA" wp14:editId="5954BBB8">
          <wp:simplePos x="0" y="0"/>
          <wp:positionH relativeFrom="column">
            <wp:posOffset>4741545</wp:posOffset>
          </wp:positionH>
          <wp:positionV relativeFrom="paragraph">
            <wp:posOffset>-252095</wp:posOffset>
          </wp:positionV>
          <wp:extent cx="1600200" cy="588716"/>
          <wp:effectExtent l="0" t="0" r="0" b="1905"/>
          <wp:wrapNone/>
          <wp:docPr id="10136748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674848" name="Picture 1013674848"/>
                  <pic:cNvPicPr/>
                </pic:nvPicPr>
                <pic:blipFill>
                  <a:blip r:embed="rId2"/>
                  <a:stretch>
                    <a:fillRect/>
                  </a:stretch>
                </pic:blipFill>
                <pic:spPr>
                  <a:xfrm>
                    <a:off x="0" y="0"/>
                    <a:ext cx="1600200" cy="588716"/>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56CCB">
      <w:rPr>
        <w:color w:val="646464"/>
        <w:sz w:val="18"/>
      </w:rPr>
      <w:t>Proje</w:t>
    </w:r>
    <w:proofErr w:type="spellEnd"/>
    <w:r w:rsidR="00056CCB">
      <w:rPr>
        <w:color w:val="646464"/>
        <w:sz w:val="18"/>
      </w:rPr>
      <w:t xml:space="preserve"> </w:t>
    </w:r>
    <w:proofErr w:type="spellStart"/>
    <w:r w:rsidR="00056CCB">
      <w:rPr>
        <w:color w:val="646464"/>
        <w:sz w:val="18"/>
      </w:rPr>
      <w:t>Raporu</w:t>
    </w:r>
    <w:proofErr w:type="spellEnd"/>
  </w:p>
  <w:p w14:paraId="1EFBD8B0" w14:textId="77777777" w:rsidR="00056CCB" w:rsidRDefault="00056CCB" w:rsidP="00056CCB">
    <w:pPr>
      <w:pStyle w:val="Header"/>
      <w:rPr>
        <w:color w:val="646464"/>
        <w:sz w:val="18"/>
      </w:rPr>
    </w:pPr>
  </w:p>
  <w:p w14:paraId="35B4B343" w14:textId="3924AC8B" w:rsidR="00056CCB" w:rsidRDefault="00056CC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7AE1" w14:textId="77777777" w:rsidR="00300169" w:rsidRDefault="003001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76714890">
    <w:abstractNumId w:val="8"/>
  </w:num>
  <w:num w:numId="2" w16cid:durableId="1110973570">
    <w:abstractNumId w:val="6"/>
  </w:num>
  <w:num w:numId="3" w16cid:durableId="608437353">
    <w:abstractNumId w:val="5"/>
  </w:num>
  <w:num w:numId="4" w16cid:durableId="674113528">
    <w:abstractNumId w:val="4"/>
  </w:num>
  <w:num w:numId="5" w16cid:durableId="823283146">
    <w:abstractNumId w:val="7"/>
  </w:num>
  <w:num w:numId="6" w16cid:durableId="1857307083">
    <w:abstractNumId w:val="3"/>
  </w:num>
  <w:num w:numId="7" w16cid:durableId="2001493580">
    <w:abstractNumId w:val="2"/>
  </w:num>
  <w:num w:numId="8" w16cid:durableId="594438042">
    <w:abstractNumId w:val="1"/>
  </w:num>
  <w:num w:numId="9" w16cid:durableId="134906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6CCB"/>
    <w:rsid w:val="0006063C"/>
    <w:rsid w:val="0015074B"/>
    <w:rsid w:val="0029639D"/>
    <w:rsid w:val="002B460E"/>
    <w:rsid w:val="00300169"/>
    <w:rsid w:val="00326F90"/>
    <w:rsid w:val="006D1E14"/>
    <w:rsid w:val="00762D5C"/>
    <w:rsid w:val="00A23BF9"/>
    <w:rsid w:val="00A40F2C"/>
    <w:rsid w:val="00AA1D8D"/>
    <w:rsid w:val="00B47730"/>
    <w:rsid w:val="00CB0664"/>
    <w:rsid w:val="00EF5BCD"/>
    <w:rsid w:val="00F330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91EA5D"/>
  <w14:defaultImageDpi w14:val="300"/>
  <w15:docId w15:val="{F86F5474-7D89-4032-A5C4-C9D0F121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line="240" w:lineRule="auto"/>
      <w:contextualSpacing/>
    </w:pPr>
    <w:rPr>
      <w:rFonts w:asciiTheme="majorHAnsi" w:eastAsiaTheme="majorEastAsia" w:hAnsiTheme="majorHAnsi" w:cstheme="majorBidi"/>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i/>
      <w:color w:val="000000"/>
      <w:sz w:val="20"/>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Bitirme ve Tasarım Projesi Rapor Şablonu</vt:lpstr>
    </vt:vector>
  </TitlesOfParts>
  <Manager/>
  <Company/>
  <LinksUpToDate>false</LinksUpToDate>
  <CharactersWithSpaces>9153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Bitirme ve Tasarım Projesi Rapor Şablonu</dc:title>
  <dc:subject>KTÜ Fen Fakültesi Yazılım Geliştirme Bölümü - Bitirme ve Tasarım Projesi</dc:subject>
  <dc:creator>Karadeniz Teknik Üniversitesi - Fen Fakültesi - Yazılım Geliştirme Bölümü</dc:creator>
  <cp:keywords/>
  <dc:description>generated by python-docx</dc:description>
  <cp:lastModifiedBy>Desfitri Nur</cp:lastModifiedBy>
  <cp:revision>4</cp:revision>
  <cp:lastPrinted>2026-09-15T10:05:00Z</cp:lastPrinted>
  <dcterms:created xsi:type="dcterms:W3CDTF">2013-12-23T23:15:00Z</dcterms:created>
  <dcterms:modified xsi:type="dcterms:W3CDTF">2026-09-15T10:06:00Z</dcterms:modified>
  <cp:category/>
</cp:coreProperties>
</file>